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ook w:val="04A0"/>
      </w:tblPr>
      <w:tblGrid>
        <w:gridCol w:w="9803"/>
      </w:tblGrid>
      <w:tr w:rsidR="000040E7" w:rsidTr="003C569C">
        <w:trPr>
          <w:jc w:val="center"/>
        </w:trPr>
        <w:tc>
          <w:tcPr>
            <w:tcW w:w="9803" w:type="dxa"/>
            <w:tcBorders>
              <w:top w:val="double" w:sz="18" w:space="0" w:color="0F2942"/>
              <w:left w:val="double" w:sz="18" w:space="0" w:color="0F2942"/>
              <w:bottom w:val="double" w:sz="18" w:space="0" w:color="0F2942"/>
              <w:right w:val="double" w:sz="18" w:space="0" w:color="0F2942"/>
            </w:tcBorders>
            <w:shd w:val="clear" w:color="auto" w:fill="FFFFFF"/>
            <w:tcMar>
              <w:top w:w="260" w:type="dxa"/>
              <w:left w:w="220" w:type="dxa"/>
              <w:bottom w:w="260" w:type="dxa"/>
              <w:right w:w="220" w:type="dxa"/>
            </w:tcMar>
          </w:tcPr>
          <w:p w:rsidR="000040E7" w:rsidRDefault="00F27CD8">
            <w:pPr>
              <w:spacing w:after="40"/>
              <w:jc w:val="center"/>
            </w:pPr>
            <w:r w:rsidRPr="003C569C">
              <w:rPr>
                <w:b/>
                <w:color w:val="0F2942"/>
                <w:sz w:val="32"/>
              </w:rPr>
              <w:t>PEMERINTAH KOTA KOTAMOBAGU</w:t>
            </w:r>
            <w:r w:rsidRPr="003C569C">
              <w:rPr>
                <w:b/>
                <w:color w:val="0F2942"/>
                <w:sz w:val="32"/>
              </w:rPr>
              <w:br/>
            </w:r>
            <w:r w:rsidRPr="003C569C">
              <w:rPr>
                <w:b/>
                <w:color w:val="0F2942"/>
                <w:sz w:val="30"/>
              </w:rPr>
              <w:t>KECAMATAN KOTAMOBAGU SELATAN</w:t>
            </w:r>
            <w:r w:rsidRPr="003C569C">
              <w:rPr>
                <w:b/>
                <w:color w:val="0F2942"/>
                <w:sz w:val="30"/>
              </w:rPr>
              <w:br/>
            </w:r>
            <w:r w:rsidRPr="003C569C">
              <w:rPr>
                <w:b/>
                <w:color w:val="005B96"/>
                <w:sz w:val="34"/>
              </w:rPr>
              <w:t>PEMERINTAH DESA BUNGKO</w:t>
            </w:r>
            <w:r>
              <w:rPr>
                <w:b/>
                <w:color w:val="005B96"/>
                <w:sz w:val="28"/>
              </w:rPr>
              <w:br/>
            </w:r>
            <w:r>
              <w:rPr>
                <w:b/>
                <w:color w:val="B8860B"/>
              </w:rPr>
              <w:t>――――――――――――――――――――――――――――――――――――――――――――</w:t>
            </w:r>
            <w:r>
              <w:rPr>
                <w:b/>
                <w:color w:val="B8860B"/>
              </w:rPr>
              <w:br/>
            </w:r>
          </w:p>
          <w:p w:rsidR="000040E7" w:rsidRDefault="00F27CD8">
            <w:pPr>
              <w:spacing w:before="160" w:after="280"/>
              <w:jc w:val="center"/>
            </w:pPr>
            <w:r>
              <w:rPr>
                <w:noProof/>
              </w:rPr>
              <w:drawing>
                <wp:inline distT="0" distB="0" distL="0" distR="0">
                  <wp:extent cx="2029691" cy="20296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lem_bungko_official.png"/>
                          <pic:cNvPicPr/>
                        </pic:nvPicPr>
                        <pic:blipFill>
                          <a:blip r:embed="rId6"/>
                          <a:stretch>
                            <a:fillRect/>
                          </a:stretch>
                        </pic:blipFill>
                        <pic:spPr>
                          <a:xfrm>
                            <a:off x="0" y="0"/>
                            <a:ext cx="2032183" cy="2032183"/>
                          </a:xfrm>
                          <a:prstGeom prst="rect">
                            <a:avLst/>
                          </a:prstGeom>
                        </pic:spPr>
                      </pic:pic>
                    </a:graphicData>
                  </a:graphic>
                </wp:inline>
              </w:drawing>
            </w:r>
          </w:p>
          <w:p w:rsidR="003C569C" w:rsidRPr="003C569C" w:rsidRDefault="00F27CD8">
            <w:pPr>
              <w:spacing w:after="80"/>
              <w:jc w:val="center"/>
              <w:rPr>
                <w:b/>
                <w:color w:val="005B96"/>
                <w:sz w:val="26"/>
              </w:rPr>
            </w:pPr>
            <w:r>
              <w:rPr>
                <w:b/>
                <w:color w:val="64748B"/>
                <w:sz w:val="19"/>
              </w:rPr>
              <w:t>DOKUMEN UTAMA &amp; LAMPIRAN RESMI</w:t>
            </w:r>
            <w:r>
              <w:rPr>
                <w:b/>
                <w:color w:val="64748B"/>
                <w:sz w:val="19"/>
              </w:rPr>
              <w:br/>
            </w:r>
            <w:r>
              <w:rPr>
                <w:b/>
                <w:color w:val="0F2942"/>
                <w:sz w:val="36"/>
              </w:rPr>
              <w:t>RENCANA KERJA PEMERINTAH DESA</w:t>
            </w:r>
            <w:r>
              <w:rPr>
                <w:b/>
                <w:color w:val="0F2942"/>
                <w:sz w:val="36"/>
              </w:rPr>
              <w:br/>
              <w:t>(RKP DESA)</w:t>
            </w:r>
            <w:r>
              <w:rPr>
                <w:b/>
                <w:color w:val="0F2942"/>
                <w:sz w:val="36"/>
              </w:rPr>
              <w:br/>
            </w:r>
            <w:r>
              <w:rPr>
                <w:b/>
                <w:color w:val="B8860B"/>
                <w:sz w:val="30"/>
              </w:rPr>
              <w:t>TAHUN ANGGARAN 2027</w:t>
            </w:r>
            <w:r>
              <w:rPr>
                <w:b/>
                <w:color w:val="B8860B"/>
                <w:sz w:val="30"/>
              </w:rPr>
              <w:br/>
            </w:r>
            <w:r w:rsidRPr="003C569C">
              <w:rPr>
                <w:b/>
                <w:color w:val="005B96"/>
                <w:sz w:val="26"/>
              </w:rPr>
              <w:t>DAN DAFTAR USULAN RKP DESA (DU-RKP DESA)</w:t>
            </w:r>
            <w:r w:rsidRPr="003C569C">
              <w:rPr>
                <w:b/>
                <w:color w:val="005B96"/>
                <w:sz w:val="26"/>
              </w:rPr>
              <w:br/>
              <w:t>DESA BUNGKO</w:t>
            </w:r>
          </w:p>
          <w:p w:rsidR="000040E7" w:rsidRDefault="00F27CD8">
            <w:pPr>
              <w:spacing w:after="80"/>
              <w:jc w:val="center"/>
            </w:pPr>
            <w:r>
              <w:rPr>
                <w:b/>
                <w:color w:val="005B96"/>
                <w:sz w:val="22"/>
              </w:rPr>
              <w:br/>
            </w:r>
          </w:p>
          <w:tbl>
            <w:tblPr>
              <w:tblW w:w="0" w:type="auto"/>
              <w:jc w:val="center"/>
              <w:tblBorders>
                <w:top w:val="single" w:sz="4" w:space="0" w:color="CBD5E1"/>
                <w:bottom w:val="single" w:sz="4" w:space="0" w:color="CBD5E1"/>
                <w:insideH w:val="single" w:sz="4" w:space="0" w:color="CBD5E1"/>
                <w:insideV w:val="single" w:sz="4" w:space="0" w:color="CBD5E1"/>
              </w:tblBorders>
              <w:tblLook w:val="04A0"/>
            </w:tblPr>
            <w:tblGrid>
              <w:gridCol w:w="3354"/>
              <w:gridCol w:w="6009"/>
            </w:tblGrid>
            <w:tr w:rsidR="000040E7">
              <w:trPr>
                <w:jc w:val="center"/>
              </w:trPr>
              <w:tc>
                <w:tcPr>
                  <w:tcW w:w="3402" w:type="dxa"/>
                  <w:shd w:val="clear" w:color="auto" w:fill="F8FAFC"/>
                  <w:tcMar>
                    <w:top w:w="50" w:type="dxa"/>
                    <w:left w:w="80" w:type="dxa"/>
                    <w:bottom w:w="50" w:type="dxa"/>
                    <w:right w:w="80" w:type="dxa"/>
                  </w:tcMar>
                </w:tcPr>
                <w:p w:rsidR="000040E7" w:rsidRDefault="00F27CD8">
                  <w:r>
                    <w:rPr>
                      <w:b/>
                      <w:color w:val="475569"/>
                      <w:sz w:val="16"/>
                    </w:rPr>
                    <w:t>SANGADI / KEPALA DESA</w:t>
                  </w:r>
                </w:p>
              </w:tc>
              <w:tc>
                <w:tcPr>
                  <w:tcW w:w="6123" w:type="dxa"/>
                  <w:shd w:val="clear" w:color="auto" w:fill="FFFFFF"/>
                  <w:tcMar>
                    <w:top w:w="50" w:type="dxa"/>
                    <w:left w:w="80" w:type="dxa"/>
                    <w:bottom w:w="50" w:type="dxa"/>
                    <w:right w:w="80" w:type="dxa"/>
                  </w:tcMar>
                </w:tcPr>
                <w:p w:rsidR="000040E7" w:rsidRDefault="00F27CD8">
                  <w:r>
                    <w:rPr>
                      <w:b/>
                      <w:color w:val="0F2942"/>
                    </w:rPr>
                    <w:t>AMINULAH PAPUTUNGAN</w:t>
                  </w:r>
                </w:p>
              </w:tc>
            </w:tr>
            <w:tr w:rsidR="000040E7">
              <w:trPr>
                <w:jc w:val="center"/>
              </w:trPr>
              <w:tc>
                <w:tcPr>
                  <w:tcW w:w="3402" w:type="dxa"/>
                  <w:shd w:val="clear" w:color="auto" w:fill="F8FAFC"/>
                  <w:tcMar>
                    <w:top w:w="50" w:type="dxa"/>
                    <w:left w:w="80" w:type="dxa"/>
                    <w:bottom w:w="50" w:type="dxa"/>
                    <w:right w:w="80" w:type="dxa"/>
                  </w:tcMar>
                </w:tcPr>
                <w:p w:rsidR="000040E7" w:rsidRDefault="00F27CD8">
                  <w:r>
                    <w:rPr>
                      <w:b/>
                      <w:color w:val="475569"/>
                      <w:sz w:val="16"/>
                    </w:rPr>
                    <w:t>KETUA BPD</w:t>
                  </w:r>
                </w:p>
              </w:tc>
              <w:tc>
                <w:tcPr>
                  <w:tcW w:w="6123" w:type="dxa"/>
                  <w:shd w:val="clear" w:color="auto" w:fill="FFFFFF"/>
                  <w:tcMar>
                    <w:top w:w="50" w:type="dxa"/>
                    <w:left w:w="80" w:type="dxa"/>
                    <w:bottom w:w="50" w:type="dxa"/>
                    <w:right w:w="80" w:type="dxa"/>
                  </w:tcMar>
                </w:tcPr>
                <w:p w:rsidR="000040E7" w:rsidRDefault="00F27CD8" w:rsidP="003C569C">
                  <w:r>
                    <w:rPr>
                      <w:b/>
                      <w:color w:val="0F2942"/>
                    </w:rPr>
                    <w:t>ERICK AL</w:t>
                  </w:r>
                  <w:r w:rsidR="003C569C">
                    <w:rPr>
                      <w:b/>
                      <w:color w:val="0F2942"/>
                    </w:rPr>
                    <w:t>V</w:t>
                  </w:r>
                  <w:r>
                    <w:rPr>
                      <w:b/>
                      <w:color w:val="0F2942"/>
                    </w:rPr>
                    <w:t xml:space="preserve">AYEIT PAPUTUNGAN, </w:t>
                  </w:r>
                  <w:proofErr w:type="spellStart"/>
                  <w:r>
                    <w:rPr>
                      <w:b/>
                      <w:color w:val="0F2942"/>
                    </w:rPr>
                    <w:t>AMd</w:t>
                  </w:r>
                  <w:proofErr w:type="spellEnd"/>
                </w:p>
              </w:tc>
            </w:tr>
            <w:tr w:rsidR="000040E7">
              <w:trPr>
                <w:jc w:val="center"/>
              </w:trPr>
              <w:tc>
                <w:tcPr>
                  <w:tcW w:w="3402" w:type="dxa"/>
                  <w:shd w:val="clear" w:color="auto" w:fill="F8FAFC"/>
                  <w:tcMar>
                    <w:top w:w="50" w:type="dxa"/>
                    <w:left w:w="80" w:type="dxa"/>
                    <w:bottom w:w="50" w:type="dxa"/>
                    <w:right w:w="80" w:type="dxa"/>
                  </w:tcMar>
                </w:tcPr>
                <w:p w:rsidR="000040E7" w:rsidRDefault="00F27CD8">
                  <w:r>
                    <w:rPr>
                      <w:b/>
                      <w:color w:val="475569"/>
                      <w:sz w:val="16"/>
                    </w:rPr>
                    <w:t>SEKRETARIS DESA / KETUA TIM</w:t>
                  </w:r>
                </w:p>
              </w:tc>
              <w:tc>
                <w:tcPr>
                  <w:tcW w:w="6123" w:type="dxa"/>
                  <w:shd w:val="clear" w:color="auto" w:fill="FFFFFF"/>
                  <w:tcMar>
                    <w:top w:w="50" w:type="dxa"/>
                    <w:left w:w="80" w:type="dxa"/>
                    <w:bottom w:w="50" w:type="dxa"/>
                    <w:right w:w="80" w:type="dxa"/>
                  </w:tcMar>
                </w:tcPr>
                <w:p w:rsidR="000040E7" w:rsidRDefault="00F27CD8">
                  <w:r>
                    <w:rPr>
                      <w:b/>
                      <w:color w:val="0F2942"/>
                    </w:rPr>
                    <w:t>FIKKY AGUSTIAN POTABUGA</w:t>
                  </w:r>
                </w:p>
              </w:tc>
            </w:tr>
            <w:tr w:rsidR="000040E7">
              <w:trPr>
                <w:jc w:val="center"/>
              </w:trPr>
              <w:tc>
                <w:tcPr>
                  <w:tcW w:w="3402" w:type="dxa"/>
                  <w:shd w:val="clear" w:color="auto" w:fill="F8FAFC"/>
                  <w:tcMar>
                    <w:top w:w="50" w:type="dxa"/>
                    <w:left w:w="80" w:type="dxa"/>
                    <w:bottom w:w="50" w:type="dxa"/>
                    <w:right w:w="80" w:type="dxa"/>
                  </w:tcMar>
                </w:tcPr>
                <w:p w:rsidR="000040E7" w:rsidRDefault="00F27CD8">
                  <w:r>
                    <w:rPr>
                      <w:b/>
                      <w:color w:val="475569"/>
                      <w:sz w:val="16"/>
                    </w:rPr>
                    <w:t>SISTEM PERENCANAAN</w:t>
                  </w:r>
                </w:p>
              </w:tc>
              <w:tc>
                <w:tcPr>
                  <w:tcW w:w="6123" w:type="dxa"/>
                  <w:shd w:val="clear" w:color="auto" w:fill="FFFFFF"/>
                  <w:tcMar>
                    <w:top w:w="50" w:type="dxa"/>
                    <w:left w:w="80" w:type="dxa"/>
                    <w:bottom w:w="50" w:type="dxa"/>
                    <w:right w:w="80" w:type="dxa"/>
                  </w:tcMar>
                </w:tcPr>
                <w:p w:rsidR="000040E7" w:rsidRDefault="00F27CD8">
                  <w:r>
                    <w:rPr>
                      <w:b/>
                      <w:color w:val="0F2942"/>
                    </w:rPr>
                    <w:t>APLIKASI SISKEUDES &amp; PERMENDAGRI NO. 114/2014</w:t>
                  </w:r>
                </w:p>
              </w:tc>
            </w:tr>
          </w:tbl>
          <w:p w:rsidR="000040E7" w:rsidRDefault="000040E7"/>
          <w:p w:rsidR="003C569C" w:rsidRPr="003C569C" w:rsidRDefault="00F27CD8" w:rsidP="003C569C">
            <w:pPr>
              <w:spacing w:before="440" w:after="40"/>
              <w:jc w:val="center"/>
              <w:rPr>
                <w:b/>
                <w:color w:val="475569"/>
                <w:sz w:val="24"/>
              </w:rPr>
            </w:pPr>
            <w:r w:rsidRPr="003C569C">
              <w:rPr>
                <w:b/>
                <w:color w:val="475569"/>
                <w:sz w:val="24"/>
              </w:rPr>
              <w:t>KECAMATAN KOTAMOBAGU SELATAN ― KOTA KOTAMOBAGU</w:t>
            </w:r>
            <w:r w:rsidRPr="003C569C">
              <w:rPr>
                <w:b/>
                <w:color w:val="475569"/>
                <w:sz w:val="24"/>
              </w:rPr>
              <w:br/>
              <w:t>PROVINSI SULAWESI UTARA</w:t>
            </w:r>
            <w:r w:rsidRPr="003C569C">
              <w:rPr>
                <w:b/>
                <w:color w:val="475569"/>
                <w:sz w:val="24"/>
              </w:rPr>
              <w:br/>
              <w:t>TAHUN 2027</w:t>
            </w:r>
          </w:p>
          <w:p w:rsidR="003C569C" w:rsidRDefault="003C569C">
            <w:pPr>
              <w:spacing w:before="440" w:after="40"/>
              <w:jc w:val="center"/>
            </w:pPr>
          </w:p>
        </w:tc>
      </w:tr>
    </w:tbl>
    <w:p w:rsidR="000040E7" w:rsidRDefault="00F27CD8">
      <w:r>
        <w:br w:type="page"/>
      </w:r>
    </w:p>
    <w:p w:rsidR="000040E7" w:rsidRPr="003C569C" w:rsidRDefault="00F27CD8">
      <w:pPr>
        <w:spacing w:before="200" w:after="80"/>
        <w:jc w:val="center"/>
        <w:rPr>
          <w:sz w:val="22"/>
        </w:rPr>
      </w:pPr>
      <w:r w:rsidRPr="003C569C">
        <w:rPr>
          <w:b/>
          <w:color w:val="0F2942"/>
          <w:sz w:val="26"/>
        </w:rPr>
        <w:lastRenderedPageBreak/>
        <w:t>KATA PENGANTAR SANGADI BUNGKO</w:t>
      </w:r>
      <w:r w:rsidRPr="003C569C">
        <w:rPr>
          <w:b/>
          <w:color w:val="0F2942"/>
          <w:sz w:val="22"/>
        </w:rPr>
        <w:br/>
      </w:r>
      <w:r w:rsidRPr="003C569C">
        <w:rPr>
          <w:b/>
          <w:color w:val="005B96"/>
          <w:sz w:val="22"/>
        </w:rPr>
        <w:t>RENCANA KERJA PEMERINTAH DESA (RKP DESA) TAHUN ANGGARAN 2027</w:t>
      </w:r>
    </w:p>
    <w:p w:rsidR="000040E7" w:rsidRDefault="000040E7">
      <w:pPr>
        <w:spacing w:after="80"/>
      </w:pPr>
    </w:p>
    <w:p w:rsidR="000040E7" w:rsidRPr="003C569C" w:rsidRDefault="00F27CD8">
      <w:pPr>
        <w:spacing w:after="160"/>
        <w:jc w:val="both"/>
        <w:rPr>
          <w:sz w:val="22"/>
        </w:rPr>
      </w:pPr>
      <w:r w:rsidRPr="003C569C">
        <w:rPr>
          <w:sz w:val="22"/>
        </w:rPr>
        <w:t>Puji dan syukur senantiasa kita panjatkan ke hadirat Allah SWT, Tuhan Yang Maha Kuasa, atas limpahan rahmat dan karunia-Nya sehingga Dokumen Rencana Kerja Pemerintah Desa (RKP Desa) Bungko, Kecamatan Kotamobagu Selatan, Kota Kotamobagu Tahun Anggaran 2027 ini dapat diselesaikan dan ditetapkan sesuai jadwal yang ditentukan.</w:t>
      </w:r>
    </w:p>
    <w:p w:rsidR="000040E7" w:rsidRPr="003C569C" w:rsidRDefault="00F27CD8">
      <w:pPr>
        <w:spacing w:after="160"/>
        <w:jc w:val="both"/>
        <w:rPr>
          <w:sz w:val="22"/>
        </w:rPr>
      </w:pPr>
      <w:proofErr w:type="gramStart"/>
      <w:r w:rsidRPr="003C569C">
        <w:rPr>
          <w:sz w:val="22"/>
        </w:rPr>
        <w:t>RKP Desa Tahun Anggaran 2027 ini merupakan penjabaran operasional tahunan dari Rencana Pembangunan Jangka Menengah Desa (RPJMDesa), yang memuat kerangka kebijakan pembangunan, prioritas program dan kegiatan, serta prakiraan pagu indikatif pendapatan dan belanja desa.</w:t>
      </w:r>
      <w:proofErr w:type="gramEnd"/>
      <w:r w:rsidRPr="003C569C">
        <w:rPr>
          <w:sz w:val="22"/>
        </w:rPr>
        <w:t xml:space="preserve"> </w:t>
      </w:r>
      <w:proofErr w:type="gramStart"/>
      <w:r w:rsidRPr="003C569C">
        <w:rPr>
          <w:sz w:val="22"/>
        </w:rPr>
        <w:t>Penyusunan dokumen ini dilaksanakan secara partisipatif, transparan, dan akuntabel melalui rangkaian Musyawarah Dusun (Musdus) hingga Musyawarah Perencanaan Pembangunan Desa (Musrenbangdes).</w:t>
      </w:r>
      <w:proofErr w:type="gramEnd"/>
    </w:p>
    <w:p w:rsidR="000040E7" w:rsidRPr="003C569C" w:rsidRDefault="00F27CD8">
      <w:pPr>
        <w:spacing w:after="160"/>
        <w:jc w:val="both"/>
        <w:rPr>
          <w:sz w:val="22"/>
        </w:rPr>
      </w:pPr>
      <w:r w:rsidRPr="003C569C">
        <w:rPr>
          <w:sz w:val="22"/>
        </w:rPr>
        <w:t>Fokus utama pembangunan Desa Bungko pada Tahun Anggaran 2027 diarahkan pada penguatan tata kelola pemerintahan desa yang akuntabel melalui Sistem Keuangan Desa (Siskeudes), pembangunan sarana prasarana dan infrastruktur permukiman perdesaan, penanganan stunting dan layanan posyandu prima, pemberdayaan ekonomi masyarakat berbasis pertanian dan ketahanan pangan, serta kesiapsiagaan menghadapi situasi darurat dan bencana.</w:t>
      </w:r>
    </w:p>
    <w:p w:rsidR="000040E7" w:rsidRPr="003C569C" w:rsidRDefault="00F27CD8">
      <w:pPr>
        <w:spacing w:after="160"/>
        <w:jc w:val="both"/>
        <w:rPr>
          <w:sz w:val="22"/>
        </w:rPr>
      </w:pPr>
      <w:r w:rsidRPr="003C569C">
        <w:rPr>
          <w:sz w:val="22"/>
        </w:rPr>
        <w:t>Penghargaan dan terima kasih yang setinggi-tingginya kami sampaikan kepada Badan Permusyawaratan Desa (BPD), Tim Penyusun RKP Desa di bawah koordinasi Sekretaris Desa, Lembaga Kemasyarakatan Desa (PKK, LPM, Karang Taruna, Linmas), serta seluruh lapisan masyarakat Desa Bungko atas dedikasi, aspirasi, dan kontribusi nyata dalam penyusunan dokumen perencanaan ini.</w:t>
      </w:r>
    </w:p>
    <w:p w:rsidR="000040E7" w:rsidRPr="003C569C" w:rsidRDefault="00F27CD8">
      <w:pPr>
        <w:spacing w:after="160"/>
        <w:jc w:val="both"/>
        <w:rPr>
          <w:sz w:val="22"/>
        </w:rPr>
      </w:pPr>
      <w:r w:rsidRPr="003C569C">
        <w:rPr>
          <w:sz w:val="22"/>
        </w:rPr>
        <w:t>Semoga dokumen RKP Desa Bungko Tahun Anggaran 2027 ini dapat menjadi pedoman yang kokoh dalam mewujudkan Desa Bungko yang mandiri, maju, sejahtera, dan berkeadilan sosial bagi seluruh masyarakat.</w:t>
      </w:r>
    </w:p>
    <w:p w:rsidR="000040E7" w:rsidRPr="003C569C" w:rsidRDefault="00F27CD8">
      <w:pPr>
        <w:spacing w:before="280"/>
        <w:jc w:val="right"/>
        <w:rPr>
          <w:sz w:val="22"/>
        </w:rPr>
      </w:pPr>
      <w:proofErr w:type="spellStart"/>
      <w:r w:rsidRPr="003C569C">
        <w:rPr>
          <w:b/>
          <w:color w:val="0F2942"/>
          <w:sz w:val="22"/>
        </w:rPr>
        <w:t>Bungko</w:t>
      </w:r>
      <w:proofErr w:type="spellEnd"/>
      <w:r w:rsidRPr="003C569C">
        <w:rPr>
          <w:b/>
          <w:color w:val="0F2942"/>
          <w:sz w:val="22"/>
        </w:rPr>
        <w:t xml:space="preserve">, </w:t>
      </w:r>
      <w:r w:rsidR="003C569C" w:rsidRPr="003C569C">
        <w:rPr>
          <w:b/>
          <w:color w:val="0F2942"/>
          <w:sz w:val="22"/>
        </w:rPr>
        <w:t xml:space="preserve">  </w:t>
      </w:r>
      <w:r w:rsidRPr="003C569C">
        <w:rPr>
          <w:b/>
          <w:color w:val="0F2942"/>
          <w:sz w:val="22"/>
        </w:rPr>
        <w:t>September 2026</w:t>
      </w:r>
      <w:r w:rsidRPr="003C569C">
        <w:rPr>
          <w:b/>
          <w:color w:val="0F2942"/>
          <w:sz w:val="22"/>
        </w:rPr>
        <w:br/>
      </w:r>
      <w:proofErr w:type="spellStart"/>
      <w:r w:rsidRPr="003C569C">
        <w:rPr>
          <w:b/>
          <w:color w:val="0F2942"/>
          <w:sz w:val="22"/>
        </w:rPr>
        <w:t>Sangadi</w:t>
      </w:r>
      <w:proofErr w:type="spellEnd"/>
      <w:r w:rsidRPr="003C569C">
        <w:rPr>
          <w:b/>
          <w:color w:val="0F2942"/>
          <w:sz w:val="22"/>
        </w:rPr>
        <w:t xml:space="preserve"> </w:t>
      </w:r>
      <w:proofErr w:type="spellStart"/>
      <w:r w:rsidRPr="003C569C">
        <w:rPr>
          <w:b/>
          <w:color w:val="0F2942"/>
          <w:sz w:val="22"/>
        </w:rPr>
        <w:t>Desa</w:t>
      </w:r>
      <w:proofErr w:type="spellEnd"/>
      <w:r w:rsidRPr="003C569C">
        <w:rPr>
          <w:b/>
          <w:color w:val="0F2942"/>
          <w:sz w:val="22"/>
        </w:rPr>
        <w:t xml:space="preserve"> </w:t>
      </w:r>
      <w:proofErr w:type="spellStart"/>
      <w:r w:rsidRPr="003C569C">
        <w:rPr>
          <w:b/>
          <w:color w:val="0F2942"/>
          <w:sz w:val="22"/>
        </w:rPr>
        <w:t>Bungko</w:t>
      </w:r>
      <w:proofErr w:type="spellEnd"/>
      <w:proofErr w:type="gramStart"/>
      <w:r w:rsidRPr="003C569C">
        <w:rPr>
          <w:b/>
          <w:color w:val="0F2942"/>
          <w:sz w:val="22"/>
        </w:rPr>
        <w:t>,</w:t>
      </w:r>
      <w:proofErr w:type="gramEnd"/>
      <w:r w:rsidRPr="003C569C">
        <w:rPr>
          <w:b/>
          <w:color w:val="0F2942"/>
          <w:sz w:val="22"/>
        </w:rPr>
        <w:br/>
      </w:r>
      <w:r w:rsidRPr="003C569C">
        <w:rPr>
          <w:b/>
          <w:color w:val="0F2942"/>
          <w:sz w:val="22"/>
        </w:rPr>
        <w:br/>
      </w:r>
      <w:r w:rsidRPr="003C569C">
        <w:rPr>
          <w:b/>
          <w:color w:val="0F2942"/>
          <w:sz w:val="22"/>
        </w:rPr>
        <w:br/>
      </w:r>
      <w:r w:rsidRPr="003C569C">
        <w:rPr>
          <w:b/>
          <w:color w:val="0F2942"/>
          <w:sz w:val="22"/>
        </w:rPr>
        <w:br/>
      </w:r>
      <w:r w:rsidRPr="003C569C">
        <w:rPr>
          <w:b/>
          <w:color w:val="0F2942"/>
          <w:sz w:val="22"/>
        </w:rPr>
        <w:br/>
        <w:t>AMINULAH PAPUTUNGAN</w:t>
      </w:r>
    </w:p>
    <w:p w:rsidR="000040E7" w:rsidRPr="003C569C" w:rsidRDefault="00F27CD8">
      <w:pPr>
        <w:rPr>
          <w:sz w:val="22"/>
        </w:rPr>
      </w:pPr>
      <w:r w:rsidRPr="003C569C">
        <w:rPr>
          <w:sz w:val="22"/>
        </w:rPr>
        <w:br w:type="page"/>
      </w:r>
    </w:p>
    <w:p w:rsidR="000040E7" w:rsidRDefault="00F27CD8">
      <w:pPr>
        <w:spacing w:after="40"/>
        <w:jc w:val="center"/>
      </w:pPr>
      <w:r>
        <w:rPr>
          <w:b/>
          <w:color w:val="0F2942"/>
          <w:sz w:val="24"/>
        </w:rPr>
        <w:lastRenderedPageBreak/>
        <w:t>REKAPITULASI RENCANA KERJA PEMERINTAH DESA (RKP DESA</w:t>
      </w:r>
      <w:proofErr w:type="gramStart"/>
      <w:r>
        <w:rPr>
          <w:b/>
          <w:color w:val="0F2942"/>
          <w:sz w:val="24"/>
        </w:rPr>
        <w:t>)</w:t>
      </w:r>
      <w:proofErr w:type="gramEnd"/>
      <w:r>
        <w:rPr>
          <w:b/>
          <w:color w:val="0F2942"/>
          <w:sz w:val="24"/>
        </w:rPr>
        <w:br/>
      </w:r>
      <w:r>
        <w:rPr>
          <w:b/>
          <w:color w:val="005B96"/>
          <w:sz w:val="22"/>
        </w:rPr>
        <w:t>DESA BUNGKO TAHUN ANGGARAN 2027</w:t>
      </w:r>
      <w:r>
        <w:rPr>
          <w:b/>
          <w:color w:val="005B96"/>
          <w:sz w:val="22"/>
        </w:rPr>
        <w:br/>
      </w:r>
    </w:p>
    <w:tbl>
      <w:tblPr>
        <w:tblW w:w="0" w:type="auto"/>
        <w:jc w:val="center"/>
        <w:tblBorders>
          <w:top w:val="single" w:sz="4" w:space="0" w:color="CBD5E1"/>
          <w:bottom w:val="single" w:sz="4" w:space="0" w:color="CBD5E1"/>
          <w:insideH w:val="single" w:sz="4" w:space="0" w:color="CBD5E1"/>
          <w:insideV w:val="single" w:sz="4" w:space="0" w:color="CBD5E1"/>
        </w:tblBorders>
        <w:tblLook w:val="04A0"/>
      </w:tblPr>
      <w:tblGrid>
        <w:gridCol w:w="1090"/>
        <w:gridCol w:w="5992"/>
        <w:gridCol w:w="2598"/>
      </w:tblGrid>
      <w:tr w:rsidR="000040E7">
        <w:trPr>
          <w:jc w:val="center"/>
        </w:trPr>
        <w:tc>
          <w:tcPr>
            <w:tcW w:w="1134" w:type="dxa"/>
            <w:shd w:val="clear" w:color="auto" w:fill="1B365D"/>
            <w:tcMar>
              <w:top w:w="80" w:type="dxa"/>
              <w:left w:w="70" w:type="dxa"/>
              <w:bottom w:w="80" w:type="dxa"/>
              <w:right w:w="70" w:type="dxa"/>
            </w:tcMar>
          </w:tcPr>
          <w:p w:rsidR="000040E7" w:rsidRDefault="00F27CD8">
            <w:pPr>
              <w:jc w:val="center"/>
            </w:pPr>
            <w:r>
              <w:rPr>
                <w:b/>
                <w:color w:val="FFFFFF"/>
              </w:rPr>
              <w:t>KODE</w:t>
            </w:r>
          </w:p>
        </w:tc>
        <w:tc>
          <w:tcPr>
            <w:tcW w:w="6463" w:type="dxa"/>
            <w:shd w:val="clear" w:color="auto" w:fill="1B365D"/>
            <w:tcMar>
              <w:top w:w="80" w:type="dxa"/>
              <w:left w:w="70" w:type="dxa"/>
              <w:bottom w:w="80" w:type="dxa"/>
              <w:right w:w="70" w:type="dxa"/>
            </w:tcMar>
          </w:tcPr>
          <w:p w:rsidR="000040E7" w:rsidRDefault="00F27CD8">
            <w:pPr>
              <w:jc w:val="center"/>
            </w:pPr>
            <w:r>
              <w:rPr>
                <w:b/>
                <w:color w:val="FFFFFF"/>
              </w:rPr>
              <w:t>BIDANG PENYELENGGARAAN &amp; PEMBANGUNAN</w:t>
            </w:r>
          </w:p>
        </w:tc>
        <w:tc>
          <w:tcPr>
            <w:tcW w:w="2721" w:type="dxa"/>
            <w:shd w:val="clear" w:color="auto" w:fill="1B365D"/>
            <w:tcMar>
              <w:top w:w="80" w:type="dxa"/>
              <w:left w:w="70" w:type="dxa"/>
              <w:bottom w:w="80" w:type="dxa"/>
              <w:right w:w="70" w:type="dxa"/>
            </w:tcMar>
          </w:tcPr>
          <w:p w:rsidR="000040E7" w:rsidRDefault="00F27CD8">
            <w:pPr>
              <w:jc w:val="center"/>
            </w:pPr>
            <w:r>
              <w:rPr>
                <w:b/>
                <w:color w:val="FFFFFF"/>
              </w:rPr>
              <w:t>TOTAL PRAKIRAAN BIAYA (RP)</w:t>
            </w:r>
          </w:p>
        </w:tc>
      </w:tr>
      <w:tr w:rsidR="000040E7">
        <w:trPr>
          <w:jc w:val="center"/>
        </w:trPr>
        <w:tc>
          <w:tcPr>
            <w:tcW w:w="1134" w:type="dxa"/>
            <w:shd w:val="clear" w:color="auto" w:fill="FFFFFF"/>
            <w:tcMar>
              <w:top w:w="70" w:type="dxa"/>
              <w:left w:w="70" w:type="dxa"/>
              <w:bottom w:w="70" w:type="dxa"/>
              <w:right w:w="70" w:type="dxa"/>
            </w:tcMar>
          </w:tcPr>
          <w:p w:rsidR="000040E7" w:rsidRDefault="00F27CD8">
            <w:pPr>
              <w:jc w:val="center"/>
            </w:pPr>
            <w:r>
              <w:rPr>
                <w:b/>
                <w:color w:val="0F2942"/>
              </w:rPr>
              <w:t>01</w:t>
            </w:r>
          </w:p>
        </w:tc>
        <w:tc>
          <w:tcPr>
            <w:tcW w:w="6463" w:type="dxa"/>
            <w:shd w:val="clear" w:color="auto" w:fill="FFFFFF"/>
            <w:tcMar>
              <w:top w:w="70" w:type="dxa"/>
              <w:left w:w="70" w:type="dxa"/>
              <w:bottom w:w="70" w:type="dxa"/>
              <w:right w:w="70" w:type="dxa"/>
            </w:tcMar>
          </w:tcPr>
          <w:p w:rsidR="000040E7" w:rsidRDefault="00F27CD8">
            <w:r>
              <w:rPr>
                <w:color w:val="0F2942"/>
              </w:rPr>
              <w:t>Bidang Penyelenggaraan Pemerintahan Desa</w:t>
            </w:r>
          </w:p>
        </w:tc>
        <w:tc>
          <w:tcPr>
            <w:tcW w:w="2721" w:type="dxa"/>
            <w:shd w:val="clear" w:color="auto" w:fill="FFFFFF"/>
            <w:tcMar>
              <w:top w:w="70" w:type="dxa"/>
              <w:left w:w="70" w:type="dxa"/>
              <w:bottom w:w="70" w:type="dxa"/>
              <w:right w:w="70" w:type="dxa"/>
            </w:tcMar>
          </w:tcPr>
          <w:p w:rsidR="000040E7" w:rsidRDefault="00F27CD8">
            <w:pPr>
              <w:jc w:val="right"/>
            </w:pPr>
            <w:r>
              <w:rPr>
                <w:b/>
                <w:color w:val="0F2942"/>
                <w:sz w:val="18"/>
              </w:rPr>
              <w:t>2.216.000.000,00</w:t>
            </w:r>
          </w:p>
        </w:tc>
      </w:tr>
      <w:tr w:rsidR="000040E7">
        <w:trPr>
          <w:jc w:val="center"/>
        </w:trPr>
        <w:tc>
          <w:tcPr>
            <w:tcW w:w="1134" w:type="dxa"/>
            <w:shd w:val="clear" w:color="auto" w:fill="F8FAFC"/>
            <w:tcMar>
              <w:top w:w="70" w:type="dxa"/>
              <w:left w:w="70" w:type="dxa"/>
              <w:bottom w:w="70" w:type="dxa"/>
              <w:right w:w="70" w:type="dxa"/>
            </w:tcMar>
          </w:tcPr>
          <w:p w:rsidR="000040E7" w:rsidRDefault="00F27CD8">
            <w:pPr>
              <w:jc w:val="center"/>
            </w:pPr>
            <w:r>
              <w:rPr>
                <w:b/>
                <w:color w:val="0F2942"/>
              </w:rPr>
              <w:t>02</w:t>
            </w:r>
          </w:p>
        </w:tc>
        <w:tc>
          <w:tcPr>
            <w:tcW w:w="6463" w:type="dxa"/>
            <w:shd w:val="clear" w:color="auto" w:fill="F8FAFC"/>
            <w:tcMar>
              <w:top w:w="70" w:type="dxa"/>
              <w:left w:w="70" w:type="dxa"/>
              <w:bottom w:w="70" w:type="dxa"/>
              <w:right w:w="70" w:type="dxa"/>
            </w:tcMar>
          </w:tcPr>
          <w:p w:rsidR="000040E7" w:rsidRDefault="00F27CD8">
            <w:r>
              <w:rPr>
                <w:color w:val="0F2942"/>
              </w:rPr>
              <w:t>Bidang Pelaksanaan Pembangunan Desa</w:t>
            </w:r>
          </w:p>
        </w:tc>
        <w:tc>
          <w:tcPr>
            <w:tcW w:w="2721" w:type="dxa"/>
            <w:shd w:val="clear" w:color="auto" w:fill="F8FAFC"/>
            <w:tcMar>
              <w:top w:w="70" w:type="dxa"/>
              <w:left w:w="70" w:type="dxa"/>
              <w:bottom w:w="70" w:type="dxa"/>
              <w:right w:w="70" w:type="dxa"/>
            </w:tcMar>
          </w:tcPr>
          <w:p w:rsidR="000040E7" w:rsidRDefault="00F27CD8">
            <w:pPr>
              <w:jc w:val="right"/>
            </w:pPr>
            <w:r>
              <w:rPr>
                <w:b/>
                <w:color w:val="0F2942"/>
                <w:sz w:val="18"/>
              </w:rPr>
              <w:t>3.677.000.000,00</w:t>
            </w:r>
          </w:p>
        </w:tc>
      </w:tr>
      <w:tr w:rsidR="000040E7">
        <w:trPr>
          <w:jc w:val="center"/>
        </w:trPr>
        <w:tc>
          <w:tcPr>
            <w:tcW w:w="1134" w:type="dxa"/>
            <w:shd w:val="clear" w:color="auto" w:fill="FFFFFF"/>
            <w:tcMar>
              <w:top w:w="70" w:type="dxa"/>
              <w:left w:w="70" w:type="dxa"/>
              <w:bottom w:w="70" w:type="dxa"/>
              <w:right w:w="70" w:type="dxa"/>
            </w:tcMar>
          </w:tcPr>
          <w:p w:rsidR="000040E7" w:rsidRDefault="00F27CD8">
            <w:pPr>
              <w:jc w:val="center"/>
            </w:pPr>
            <w:r>
              <w:rPr>
                <w:b/>
                <w:color w:val="0F2942"/>
              </w:rPr>
              <w:t>03</w:t>
            </w:r>
          </w:p>
        </w:tc>
        <w:tc>
          <w:tcPr>
            <w:tcW w:w="6463" w:type="dxa"/>
            <w:shd w:val="clear" w:color="auto" w:fill="FFFFFF"/>
            <w:tcMar>
              <w:top w:w="70" w:type="dxa"/>
              <w:left w:w="70" w:type="dxa"/>
              <w:bottom w:w="70" w:type="dxa"/>
              <w:right w:w="70" w:type="dxa"/>
            </w:tcMar>
          </w:tcPr>
          <w:p w:rsidR="000040E7" w:rsidRDefault="00F27CD8">
            <w:r>
              <w:rPr>
                <w:color w:val="0F2942"/>
              </w:rPr>
              <w:t>Bidang Pembinaan Kemasyarakatan</w:t>
            </w:r>
          </w:p>
        </w:tc>
        <w:tc>
          <w:tcPr>
            <w:tcW w:w="2721" w:type="dxa"/>
            <w:shd w:val="clear" w:color="auto" w:fill="FFFFFF"/>
            <w:tcMar>
              <w:top w:w="70" w:type="dxa"/>
              <w:left w:w="70" w:type="dxa"/>
              <w:bottom w:w="70" w:type="dxa"/>
              <w:right w:w="70" w:type="dxa"/>
            </w:tcMar>
          </w:tcPr>
          <w:p w:rsidR="000040E7" w:rsidRDefault="00F27CD8">
            <w:pPr>
              <w:jc w:val="right"/>
            </w:pPr>
            <w:r>
              <w:rPr>
                <w:b/>
                <w:color w:val="0F2942"/>
                <w:sz w:val="18"/>
              </w:rPr>
              <w:t>1.525.000.000,00</w:t>
            </w:r>
          </w:p>
        </w:tc>
      </w:tr>
      <w:tr w:rsidR="000040E7">
        <w:trPr>
          <w:jc w:val="center"/>
        </w:trPr>
        <w:tc>
          <w:tcPr>
            <w:tcW w:w="1134" w:type="dxa"/>
            <w:shd w:val="clear" w:color="auto" w:fill="F8FAFC"/>
            <w:tcMar>
              <w:top w:w="70" w:type="dxa"/>
              <w:left w:w="70" w:type="dxa"/>
              <w:bottom w:w="70" w:type="dxa"/>
              <w:right w:w="70" w:type="dxa"/>
            </w:tcMar>
          </w:tcPr>
          <w:p w:rsidR="000040E7" w:rsidRDefault="00F27CD8">
            <w:pPr>
              <w:jc w:val="center"/>
            </w:pPr>
            <w:r>
              <w:rPr>
                <w:b/>
                <w:color w:val="0F2942"/>
              </w:rPr>
              <w:t>04</w:t>
            </w:r>
          </w:p>
        </w:tc>
        <w:tc>
          <w:tcPr>
            <w:tcW w:w="6463" w:type="dxa"/>
            <w:shd w:val="clear" w:color="auto" w:fill="F8FAFC"/>
            <w:tcMar>
              <w:top w:w="70" w:type="dxa"/>
              <w:left w:w="70" w:type="dxa"/>
              <w:bottom w:w="70" w:type="dxa"/>
              <w:right w:w="70" w:type="dxa"/>
            </w:tcMar>
          </w:tcPr>
          <w:p w:rsidR="000040E7" w:rsidRDefault="00F27CD8">
            <w:r>
              <w:rPr>
                <w:color w:val="0F2942"/>
              </w:rPr>
              <w:t>Bidang Pemberdayaan Masyarakat</w:t>
            </w:r>
          </w:p>
        </w:tc>
        <w:tc>
          <w:tcPr>
            <w:tcW w:w="2721" w:type="dxa"/>
            <w:shd w:val="clear" w:color="auto" w:fill="F8FAFC"/>
            <w:tcMar>
              <w:top w:w="70" w:type="dxa"/>
              <w:left w:w="70" w:type="dxa"/>
              <w:bottom w:w="70" w:type="dxa"/>
              <w:right w:w="70" w:type="dxa"/>
            </w:tcMar>
          </w:tcPr>
          <w:p w:rsidR="000040E7" w:rsidRDefault="00F27CD8">
            <w:pPr>
              <w:jc w:val="right"/>
            </w:pPr>
            <w:r>
              <w:rPr>
                <w:b/>
                <w:color w:val="0F2942"/>
                <w:sz w:val="18"/>
              </w:rPr>
              <w:t>1.581.000.000,00</w:t>
            </w:r>
          </w:p>
        </w:tc>
      </w:tr>
      <w:tr w:rsidR="000040E7">
        <w:trPr>
          <w:jc w:val="center"/>
        </w:trPr>
        <w:tc>
          <w:tcPr>
            <w:tcW w:w="1134" w:type="dxa"/>
            <w:shd w:val="clear" w:color="auto" w:fill="FFFFFF"/>
            <w:tcMar>
              <w:top w:w="70" w:type="dxa"/>
              <w:left w:w="70" w:type="dxa"/>
              <w:bottom w:w="70" w:type="dxa"/>
              <w:right w:w="70" w:type="dxa"/>
            </w:tcMar>
          </w:tcPr>
          <w:p w:rsidR="000040E7" w:rsidRDefault="00F27CD8">
            <w:pPr>
              <w:jc w:val="center"/>
            </w:pPr>
            <w:r>
              <w:rPr>
                <w:b/>
                <w:color w:val="0F2942"/>
              </w:rPr>
              <w:t>05</w:t>
            </w:r>
          </w:p>
        </w:tc>
        <w:tc>
          <w:tcPr>
            <w:tcW w:w="6463" w:type="dxa"/>
            <w:shd w:val="clear" w:color="auto" w:fill="FFFFFF"/>
            <w:tcMar>
              <w:top w:w="70" w:type="dxa"/>
              <w:left w:w="70" w:type="dxa"/>
              <w:bottom w:w="70" w:type="dxa"/>
              <w:right w:w="70" w:type="dxa"/>
            </w:tcMar>
          </w:tcPr>
          <w:p w:rsidR="000040E7" w:rsidRDefault="00F27CD8">
            <w:r>
              <w:rPr>
                <w:color w:val="0F2942"/>
              </w:rPr>
              <w:t>Bidang Penanggulangan Bencana, Keadaan Darurat &amp; Mendesak</w:t>
            </w:r>
          </w:p>
        </w:tc>
        <w:tc>
          <w:tcPr>
            <w:tcW w:w="2721" w:type="dxa"/>
            <w:shd w:val="clear" w:color="auto" w:fill="FFFFFF"/>
            <w:tcMar>
              <w:top w:w="70" w:type="dxa"/>
              <w:left w:w="70" w:type="dxa"/>
              <w:bottom w:w="70" w:type="dxa"/>
              <w:right w:w="70" w:type="dxa"/>
            </w:tcMar>
          </w:tcPr>
          <w:p w:rsidR="000040E7" w:rsidRDefault="00F27CD8">
            <w:pPr>
              <w:jc w:val="right"/>
            </w:pPr>
            <w:r>
              <w:rPr>
                <w:b/>
                <w:color w:val="0F2942"/>
                <w:sz w:val="18"/>
              </w:rPr>
              <w:t>268.000.000,00</w:t>
            </w:r>
          </w:p>
        </w:tc>
      </w:tr>
      <w:tr w:rsidR="000040E7">
        <w:trPr>
          <w:jc w:val="center"/>
        </w:trPr>
        <w:tc>
          <w:tcPr>
            <w:tcW w:w="1134" w:type="dxa"/>
            <w:shd w:val="clear" w:color="auto" w:fill="0F2942"/>
            <w:tcMar>
              <w:top w:w="70" w:type="dxa"/>
              <w:left w:w="70" w:type="dxa"/>
              <w:bottom w:w="70" w:type="dxa"/>
              <w:right w:w="70" w:type="dxa"/>
            </w:tcMar>
          </w:tcPr>
          <w:p w:rsidR="000040E7" w:rsidRDefault="00F27CD8">
            <w:pPr>
              <w:jc w:val="center"/>
            </w:pPr>
            <w:r>
              <w:rPr>
                <w:b/>
                <w:color w:val="FFFFFF"/>
              </w:rPr>
              <w:t>TOTAL</w:t>
            </w:r>
          </w:p>
        </w:tc>
        <w:tc>
          <w:tcPr>
            <w:tcW w:w="6463" w:type="dxa"/>
            <w:shd w:val="clear" w:color="auto" w:fill="0F2942"/>
            <w:tcMar>
              <w:top w:w="70" w:type="dxa"/>
              <w:left w:w="70" w:type="dxa"/>
              <w:bottom w:w="70" w:type="dxa"/>
              <w:right w:w="70" w:type="dxa"/>
            </w:tcMar>
          </w:tcPr>
          <w:p w:rsidR="000040E7" w:rsidRDefault="00F27CD8">
            <w:r>
              <w:rPr>
                <w:b/>
                <w:color w:val="FFFFFF"/>
              </w:rPr>
              <w:t>JUMLAH KESELURUHAN RKP DESA T.A. 2027</w:t>
            </w:r>
          </w:p>
        </w:tc>
        <w:tc>
          <w:tcPr>
            <w:tcW w:w="2721" w:type="dxa"/>
            <w:shd w:val="clear" w:color="auto" w:fill="0F2942"/>
            <w:tcMar>
              <w:top w:w="70" w:type="dxa"/>
              <w:left w:w="70" w:type="dxa"/>
              <w:bottom w:w="70" w:type="dxa"/>
              <w:right w:w="70" w:type="dxa"/>
            </w:tcMar>
          </w:tcPr>
          <w:p w:rsidR="000040E7" w:rsidRDefault="00F27CD8">
            <w:pPr>
              <w:jc w:val="right"/>
            </w:pPr>
            <w:r>
              <w:rPr>
                <w:b/>
                <w:color w:val="FBBF24"/>
                <w:sz w:val="18"/>
              </w:rPr>
              <w:t>9.267.000.000,00</w:t>
            </w:r>
          </w:p>
        </w:tc>
      </w:tr>
    </w:tbl>
    <w:p w:rsidR="000040E7" w:rsidRDefault="00F27CD8">
      <w:pPr>
        <w:spacing w:before="360" w:after="40"/>
        <w:jc w:val="center"/>
      </w:pPr>
      <w:r>
        <w:rPr>
          <w:b/>
          <w:color w:val="0F2942"/>
          <w:sz w:val="26"/>
        </w:rPr>
        <w:t>LEMBAR PENGESAHAN</w:t>
      </w:r>
      <w:r>
        <w:rPr>
          <w:b/>
          <w:color w:val="0F2942"/>
          <w:sz w:val="26"/>
        </w:rPr>
        <w:br/>
      </w:r>
      <w:r>
        <w:rPr>
          <w:b/>
          <w:color w:val="005B96"/>
          <w:sz w:val="22"/>
        </w:rPr>
        <w:t>RENCANA KERJA PEMERINTAH DESA (RKP DESA) BUNGKO</w:t>
      </w:r>
      <w:r>
        <w:rPr>
          <w:b/>
          <w:color w:val="005B96"/>
          <w:sz w:val="22"/>
        </w:rPr>
        <w:br/>
        <w:t>TAHUN ANGGARAN 2027</w:t>
      </w:r>
    </w:p>
    <w:p w:rsidR="000040E7" w:rsidRPr="003C569C" w:rsidRDefault="00F27CD8">
      <w:pPr>
        <w:spacing w:before="200" w:after="280"/>
        <w:jc w:val="both"/>
        <w:rPr>
          <w:sz w:val="22"/>
        </w:rPr>
      </w:pPr>
      <w:r w:rsidRPr="003C569C">
        <w:rPr>
          <w:sz w:val="22"/>
        </w:rPr>
        <w:t>Berdasarkan Berita Acara Kesepakatan Musyawarah Perencanaan Pembangunan Desa (Musrenbangdes) Desa Bungko, maka Rencana Kerja Pemerintah Desa (RKP Desa) Bungko, Kecamatan Kotamobagu Selatan, Kota Kotamobagu Tahun Anggaran 2027 ini telah dibahas, disepakati, dan disahkan secara resmi oleh Pemerintah Desa bersama Badan Permusyawaratan Desa (BPD) sesuai amanat Peraturan Menteri Dalam Negeri Nomor 114 Tahun 2014 tentang Pedoman Pembangunan Desa.</w:t>
      </w:r>
    </w:p>
    <w:p w:rsidR="000040E7" w:rsidRDefault="00F27CD8">
      <w:pPr>
        <w:spacing w:after="280"/>
        <w:jc w:val="right"/>
      </w:pPr>
      <w:proofErr w:type="spellStart"/>
      <w:r>
        <w:rPr>
          <w:b/>
          <w:color w:val="334155"/>
          <w:sz w:val="18"/>
        </w:rPr>
        <w:t>Ditetapkan</w:t>
      </w:r>
      <w:proofErr w:type="spellEnd"/>
      <w:r>
        <w:rPr>
          <w:b/>
          <w:color w:val="334155"/>
          <w:sz w:val="18"/>
        </w:rPr>
        <w:t xml:space="preserve"> </w:t>
      </w:r>
      <w:proofErr w:type="spellStart"/>
      <w:proofErr w:type="gramStart"/>
      <w:r>
        <w:rPr>
          <w:b/>
          <w:color w:val="334155"/>
          <w:sz w:val="18"/>
        </w:rPr>
        <w:t>di</w:t>
      </w:r>
      <w:proofErr w:type="spellEnd"/>
      <w:r>
        <w:rPr>
          <w:b/>
          <w:color w:val="334155"/>
          <w:sz w:val="18"/>
        </w:rPr>
        <w:t xml:space="preserve"> :</w:t>
      </w:r>
      <w:proofErr w:type="gramEnd"/>
      <w:r>
        <w:rPr>
          <w:b/>
          <w:color w:val="334155"/>
          <w:sz w:val="18"/>
        </w:rPr>
        <w:t xml:space="preserve"> </w:t>
      </w:r>
      <w:proofErr w:type="spellStart"/>
      <w:r>
        <w:rPr>
          <w:b/>
          <w:color w:val="334155"/>
          <w:sz w:val="18"/>
        </w:rPr>
        <w:t>Bungko</w:t>
      </w:r>
      <w:proofErr w:type="spellEnd"/>
      <w:r>
        <w:rPr>
          <w:b/>
          <w:color w:val="334155"/>
          <w:sz w:val="18"/>
        </w:rPr>
        <w:br/>
      </w:r>
      <w:proofErr w:type="spellStart"/>
      <w:r>
        <w:rPr>
          <w:b/>
          <w:color w:val="334155"/>
          <w:sz w:val="18"/>
        </w:rPr>
        <w:t>Pada</w:t>
      </w:r>
      <w:proofErr w:type="spellEnd"/>
      <w:r>
        <w:rPr>
          <w:b/>
          <w:color w:val="334155"/>
          <w:sz w:val="18"/>
        </w:rPr>
        <w:t xml:space="preserve"> </w:t>
      </w:r>
      <w:proofErr w:type="spellStart"/>
      <w:r>
        <w:rPr>
          <w:b/>
          <w:color w:val="334155"/>
          <w:sz w:val="18"/>
        </w:rPr>
        <w:t>tanggal</w:t>
      </w:r>
      <w:proofErr w:type="spellEnd"/>
      <w:r>
        <w:rPr>
          <w:b/>
          <w:color w:val="334155"/>
          <w:sz w:val="18"/>
        </w:rPr>
        <w:t xml:space="preserve"> : </w:t>
      </w:r>
      <w:r w:rsidR="003C569C">
        <w:rPr>
          <w:b/>
          <w:color w:val="334155"/>
          <w:sz w:val="18"/>
        </w:rPr>
        <w:t xml:space="preserve">   </w:t>
      </w:r>
      <w:r>
        <w:rPr>
          <w:b/>
          <w:color w:val="334155"/>
          <w:sz w:val="18"/>
        </w:rPr>
        <w:t>September 2026</w:t>
      </w:r>
    </w:p>
    <w:tbl>
      <w:tblPr>
        <w:tblW w:w="0" w:type="auto"/>
        <w:jc w:val="center"/>
        <w:tblBorders>
          <w:top w:val="single" w:sz="0" w:space="0" w:color="FFFFFF"/>
          <w:bottom w:val="single" w:sz="0" w:space="0" w:color="FFFFFF"/>
          <w:insideH w:val="single" w:sz="0" w:space="0" w:color="FFFFFF"/>
          <w:insideV w:val="single" w:sz="0" w:space="0" w:color="FFFFFF"/>
        </w:tblBorders>
        <w:tblLook w:val="04A0"/>
      </w:tblPr>
      <w:tblGrid>
        <w:gridCol w:w="4813"/>
        <w:gridCol w:w="4887"/>
      </w:tblGrid>
      <w:tr w:rsidR="000040E7">
        <w:trPr>
          <w:jc w:val="center"/>
        </w:trPr>
        <w:tc>
          <w:tcPr>
            <w:tcW w:w="5159" w:type="dxa"/>
            <w:tcMar>
              <w:top w:w="60" w:type="dxa"/>
              <w:left w:w="80" w:type="dxa"/>
              <w:bottom w:w="60" w:type="dxa"/>
              <w:right w:w="80" w:type="dxa"/>
            </w:tcMar>
          </w:tcPr>
          <w:p w:rsidR="000040E7" w:rsidRDefault="00F27CD8" w:rsidP="003C569C">
            <w:pPr>
              <w:jc w:val="center"/>
            </w:pPr>
            <w:proofErr w:type="spellStart"/>
            <w:r>
              <w:rPr>
                <w:sz w:val="18"/>
              </w:rPr>
              <w:t>Menyetujui</w:t>
            </w:r>
            <w:proofErr w:type="spellEnd"/>
            <w:r>
              <w:rPr>
                <w:sz w:val="18"/>
              </w:rPr>
              <w:t>,</w:t>
            </w:r>
            <w:r>
              <w:rPr>
                <w:sz w:val="18"/>
              </w:rPr>
              <w:br/>
            </w:r>
            <w:proofErr w:type="spellStart"/>
            <w:r>
              <w:rPr>
                <w:sz w:val="18"/>
              </w:rPr>
              <w:t>Ketua</w:t>
            </w:r>
            <w:proofErr w:type="spellEnd"/>
            <w:r>
              <w:rPr>
                <w:sz w:val="18"/>
              </w:rPr>
              <w:t xml:space="preserve"> BPD </w:t>
            </w:r>
            <w:proofErr w:type="spellStart"/>
            <w:r>
              <w:rPr>
                <w:sz w:val="18"/>
              </w:rPr>
              <w:t>Desa</w:t>
            </w:r>
            <w:proofErr w:type="spellEnd"/>
            <w:r>
              <w:rPr>
                <w:sz w:val="18"/>
              </w:rPr>
              <w:t xml:space="preserve"> </w:t>
            </w:r>
            <w:proofErr w:type="spellStart"/>
            <w:r>
              <w:rPr>
                <w:sz w:val="18"/>
              </w:rPr>
              <w:t>Bungko</w:t>
            </w:r>
            <w:proofErr w:type="spellEnd"/>
            <w:r w:rsidR="003C569C">
              <w:rPr>
                <w:sz w:val="18"/>
              </w:rPr>
              <w:t>,</w:t>
            </w:r>
            <w:r>
              <w:rPr>
                <w:sz w:val="18"/>
              </w:rPr>
              <w:br/>
            </w:r>
            <w:r>
              <w:rPr>
                <w:sz w:val="18"/>
              </w:rPr>
              <w:br/>
            </w:r>
            <w:r>
              <w:rPr>
                <w:sz w:val="18"/>
              </w:rPr>
              <w:br/>
            </w:r>
            <w:r>
              <w:rPr>
                <w:sz w:val="18"/>
              </w:rPr>
              <w:br/>
            </w:r>
            <w:r>
              <w:rPr>
                <w:sz w:val="18"/>
              </w:rPr>
              <w:br/>
            </w:r>
            <w:r>
              <w:rPr>
                <w:b/>
                <w:sz w:val="19"/>
                <w:u w:val="single"/>
              </w:rPr>
              <w:t>ERICK AL</w:t>
            </w:r>
            <w:r w:rsidR="003C569C">
              <w:rPr>
                <w:b/>
                <w:sz w:val="19"/>
                <w:u w:val="single"/>
              </w:rPr>
              <w:t>V</w:t>
            </w:r>
            <w:r>
              <w:rPr>
                <w:b/>
                <w:sz w:val="19"/>
                <w:u w:val="single"/>
              </w:rPr>
              <w:t xml:space="preserve">AYEIT PAPUTUNGAN, </w:t>
            </w:r>
            <w:proofErr w:type="spellStart"/>
            <w:r>
              <w:rPr>
                <w:b/>
                <w:sz w:val="19"/>
                <w:u w:val="single"/>
              </w:rPr>
              <w:t>AMd</w:t>
            </w:r>
            <w:proofErr w:type="spellEnd"/>
          </w:p>
        </w:tc>
        <w:tc>
          <w:tcPr>
            <w:tcW w:w="5159" w:type="dxa"/>
            <w:tcMar>
              <w:top w:w="60" w:type="dxa"/>
              <w:left w:w="80" w:type="dxa"/>
              <w:bottom w:w="60" w:type="dxa"/>
              <w:right w:w="80" w:type="dxa"/>
            </w:tcMar>
          </w:tcPr>
          <w:p w:rsidR="000040E7" w:rsidRDefault="00F27CD8">
            <w:pPr>
              <w:jc w:val="center"/>
            </w:pPr>
            <w:proofErr w:type="spellStart"/>
            <w:r>
              <w:rPr>
                <w:sz w:val="18"/>
              </w:rPr>
              <w:t>Penyusun</w:t>
            </w:r>
            <w:proofErr w:type="spellEnd"/>
            <w:r>
              <w:rPr>
                <w:sz w:val="18"/>
              </w:rPr>
              <w:t xml:space="preserve"> / </w:t>
            </w:r>
            <w:proofErr w:type="spellStart"/>
            <w:r>
              <w:rPr>
                <w:sz w:val="18"/>
              </w:rPr>
              <w:t>Verifikator</w:t>
            </w:r>
            <w:proofErr w:type="spellEnd"/>
            <w:r>
              <w:rPr>
                <w:sz w:val="18"/>
              </w:rPr>
              <w:t>,</w:t>
            </w:r>
            <w:r>
              <w:rPr>
                <w:sz w:val="18"/>
              </w:rPr>
              <w:br/>
            </w:r>
            <w:proofErr w:type="spellStart"/>
            <w:r>
              <w:rPr>
                <w:sz w:val="18"/>
              </w:rPr>
              <w:t>Sekretaris</w:t>
            </w:r>
            <w:proofErr w:type="spellEnd"/>
            <w:r>
              <w:rPr>
                <w:sz w:val="18"/>
              </w:rPr>
              <w:t xml:space="preserve"> </w:t>
            </w:r>
            <w:proofErr w:type="spellStart"/>
            <w:r>
              <w:rPr>
                <w:sz w:val="18"/>
              </w:rPr>
              <w:t>Desa</w:t>
            </w:r>
            <w:proofErr w:type="spellEnd"/>
            <w:r>
              <w:rPr>
                <w:sz w:val="18"/>
              </w:rPr>
              <w:t xml:space="preserve"> </w:t>
            </w:r>
            <w:proofErr w:type="spellStart"/>
            <w:r>
              <w:rPr>
                <w:sz w:val="18"/>
              </w:rPr>
              <w:t>Bungko</w:t>
            </w:r>
            <w:proofErr w:type="spellEnd"/>
            <w:r w:rsidR="003C569C">
              <w:rPr>
                <w:sz w:val="18"/>
              </w:rPr>
              <w:t>,</w:t>
            </w:r>
            <w:r>
              <w:rPr>
                <w:sz w:val="18"/>
              </w:rPr>
              <w:br/>
            </w:r>
            <w:r>
              <w:rPr>
                <w:sz w:val="18"/>
              </w:rPr>
              <w:br/>
            </w:r>
            <w:r>
              <w:rPr>
                <w:sz w:val="18"/>
              </w:rPr>
              <w:br/>
            </w:r>
            <w:r>
              <w:rPr>
                <w:sz w:val="18"/>
              </w:rPr>
              <w:br/>
            </w:r>
            <w:r>
              <w:rPr>
                <w:sz w:val="18"/>
              </w:rPr>
              <w:br/>
            </w:r>
            <w:r>
              <w:rPr>
                <w:b/>
                <w:sz w:val="19"/>
                <w:u w:val="single"/>
              </w:rPr>
              <w:t>FIKKY AGUSTIAN POTABUGA</w:t>
            </w:r>
          </w:p>
        </w:tc>
      </w:tr>
      <w:tr w:rsidR="000040E7">
        <w:trPr>
          <w:jc w:val="center"/>
        </w:trPr>
        <w:tc>
          <w:tcPr>
            <w:tcW w:w="10432" w:type="dxa"/>
            <w:gridSpan w:val="2"/>
            <w:tcMar>
              <w:top w:w="100" w:type="dxa"/>
              <w:left w:w="80" w:type="dxa"/>
              <w:bottom w:w="60" w:type="dxa"/>
              <w:right w:w="80" w:type="dxa"/>
            </w:tcMar>
          </w:tcPr>
          <w:p w:rsidR="000040E7" w:rsidRDefault="00F27CD8">
            <w:pPr>
              <w:jc w:val="center"/>
            </w:pPr>
            <w:proofErr w:type="spellStart"/>
            <w:r>
              <w:rPr>
                <w:sz w:val="18"/>
              </w:rPr>
              <w:t>Mengesahkan</w:t>
            </w:r>
            <w:proofErr w:type="spellEnd"/>
            <w:r>
              <w:rPr>
                <w:sz w:val="18"/>
              </w:rPr>
              <w:t xml:space="preserve"> &amp; </w:t>
            </w:r>
            <w:proofErr w:type="spellStart"/>
            <w:r>
              <w:rPr>
                <w:sz w:val="18"/>
              </w:rPr>
              <w:t>Menetapkan</w:t>
            </w:r>
            <w:proofErr w:type="spellEnd"/>
            <w:r>
              <w:rPr>
                <w:sz w:val="18"/>
              </w:rPr>
              <w:t>,</w:t>
            </w:r>
            <w:r>
              <w:rPr>
                <w:sz w:val="18"/>
              </w:rPr>
              <w:br/>
            </w:r>
            <w:proofErr w:type="spellStart"/>
            <w:r>
              <w:rPr>
                <w:sz w:val="18"/>
              </w:rPr>
              <w:t>Sangadi</w:t>
            </w:r>
            <w:proofErr w:type="spellEnd"/>
            <w:r>
              <w:rPr>
                <w:sz w:val="18"/>
              </w:rPr>
              <w:t xml:space="preserve"> </w:t>
            </w:r>
            <w:proofErr w:type="spellStart"/>
            <w:r>
              <w:rPr>
                <w:sz w:val="18"/>
              </w:rPr>
              <w:t>Desa</w:t>
            </w:r>
            <w:proofErr w:type="spellEnd"/>
            <w:r>
              <w:rPr>
                <w:sz w:val="18"/>
              </w:rPr>
              <w:t xml:space="preserve"> </w:t>
            </w:r>
            <w:proofErr w:type="spellStart"/>
            <w:r>
              <w:rPr>
                <w:sz w:val="18"/>
              </w:rPr>
              <w:t>Bungko</w:t>
            </w:r>
            <w:proofErr w:type="spellEnd"/>
            <w:r w:rsidR="003C569C">
              <w:rPr>
                <w:sz w:val="18"/>
              </w:rPr>
              <w:t>,</w:t>
            </w:r>
            <w:r>
              <w:rPr>
                <w:sz w:val="18"/>
              </w:rPr>
              <w:br/>
            </w:r>
            <w:r>
              <w:rPr>
                <w:sz w:val="18"/>
              </w:rPr>
              <w:br/>
            </w:r>
            <w:r>
              <w:rPr>
                <w:sz w:val="18"/>
              </w:rPr>
              <w:br/>
            </w:r>
            <w:r>
              <w:rPr>
                <w:sz w:val="18"/>
              </w:rPr>
              <w:br/>
            </w:r>
            <w:r>
              <w:rPr>
                <w:sz w:val="18"/>
              </w:rPr>
              <w:br/>
            </w:r>
            <w:r>
              <w:rPr>
                <w:b/>
                <w:sz w:val="20"/>
                <w:u w:val="single"/>
              </w:rPr>
              <w:t>AMINULAH PAPUTUNGAN</w:t>
            </w:r>
          </w:p>
        </w:tc>
      </w:tr>
    </w:tbl>
    <w:p w:rsidR="000040E7" w:rsidRDefault="00F27CD8">
      <w:r>
        <w:br w:type="page"/>
      </w:r>
    </w:p>
    <w:p w:rsidR="000040E7" w:rsidRDefault="00F27CD8">
      <w:pPr>
        <w:spacing w:after="40"/>
        <w:jc w:val="center"/>
      </w:pPr>
      <w:r>
        <w:rPr>
          <w:b/>
          <w:color w:val="0F2942"/>
          <w:sz w:val="24"/>
        </w:rPr>
        <w:lastRenderedPageBreak/>
        <w:t>RENCANA KERJA PEMERINTAH DESA (RKP DESA)</w:t>
      </w:r>
      <w:r>
        <w:rPr>
          <w:b/>
          <w:color w:val="0F2942"/>
          <w:sz w:val="24"/>
        </w:rPr>
        <w:br/>
      </w:r>
      <w:r>
        <w:rPr>
          <w:b/>
          <w:color w:val="005B96"/>
          <w:sz w:val="24"/>
        </w:rPr>
        <w:t>TAHUN ANGGARAN 2027</w:t>
      </w:r>
      <w:r>
        <w:rPr>
          <w:b/>
          <w:color w:val="005B96"/>
          <w:sz w:val="24"/>
        </w:rPr>
        <w:br/>
      </w:r>
    </w:p>
    <w:tbl>
      <w:tblPr>
        <w:tblW w:w="0" w:type="auto"/>
        <w:jc w:val="center"/>
        <w:tblBorders>
          <w:top w:val="single" w:sz="4" w:space="0" w:color="CBD5E1"/>
          <w:bottom w:val="single" w:sz="4" w:space="0" w:color="CBD5E1"/>
          <w:insideH w:val="single" w:sz="4" w:space="0" w:color="CBD5E1"/>
          <w:insideV w:val="single" w:sz="4" w:space="0" w:color="CBD5E1"/>
        </w:tblBorders>
        <w:tblLook w:val="04A0"/>
      </w:tblPr>
      <w:tblGrid>
        <w:gridCol w:w="4820"/>
        <w:gridCol w:w="4820"/>
      </w:tblGrid>
      <w:tr w:rsidR="000040E7">
        <w:trPr>
          <w:jc w:val="center"/>
        </w:trPr>
        <w:tc>
          <w:tcPr>
            <w:tcW w:w="5216" w:type="dxa"/>
            <w:tcMar>
              <w:top w:w="30" w:type="dxa"/>
              <w:left w:w="50" w:type="dxa"/>
              <w:bottom w:w="30" w:type="dxa"/>
              <w:right w:w="50" w:type="dxa"/>
            </w:tcMar>
          </w:tcPr>
          <w:p w:rsidR="000040E7" w:rsidRDefault="00F27CD8">
            <w:pPr>
              <w:spacing w:after="40"/>
            </w:pPr>
            <w:r>
              <w:rPr>
                <w:b/>
              </w:rPr>
              <w:t xml:space="preserve">Desa </w:t>
            </w:r>
            <w:r w:rsidR="0040342E">
              <w:rPr>
                <w:b/>
              </w:rPr>
              <w:tab/>
            </w:r>
            <w:r w:rsidR="0040342E">
              <w:rPr>
                <w:b/>
              </w:rPr>
              <w:tab/>
            </w:r>
            <w:r>
              <w:rPr>
                <w:b/>
              </w:rPr>
              <w:t>: Pemerintah Desa Bungko</w:t>
            </w:r>
          </w:p>
        </w:tc>
        <w:tc>
          <w:tcPr>
            <w:tcW w:w="5216" w:type="dxa"/>
            <w:tcMar>
              <w:top w:w="30" w:type="dxa"/>
              <w:left w:w="50" w:type="dxa"/>
              <w:bottom w:w="30" w:type="dxa"/>
              <w:right w:w="50" w:type="dxa"/>
            </w:tcMar>
          </w:tcPr>
          <w:p w:rsidR="000040E7" w:rsidRDefault="00F27CD8">
            <w:pPr>
              <w:spacing w:after="40"/>
            </w:pPr>
            <w:r>
              <w:rPr>
                <w:b/>
              </w:rPr>
              <w:t xml:space="preserve">Kecamatan </w:t>
            </w:r>
            <w:r w:rsidR="0040342E">
              <w:rPr>
                <w:b/>
              </w:rPr>
              <w:tab/>
            </w:r>
            <w:r>
              <w:rPr>
                <w:b/>
              </w:rPr>
              <w:t>: Kecamatan Kotamobagu Selatan</w:t>
            </w:r>
          </w:p>
        </w:tc>
      </w:tr>
      <w:tr w:rsidR="000040E7">
        <w:trPr>
          <w:jc w:val="center"/>
        </w:trPr>
        <w:tc>
          <w:tcPr>
            <w:tcW w:w="5216" w:type="dxa"/>
            <w:tcMar>
              <w:top w:w="30" w:type="dxa"/>
              <w:left w:w="50" w:type="dxa"/>
              <w:bottom w:w="30" w:type="dxa"/>
              <w:right w:w="50" w:type="dxa"/>
            </w:tcMar>
          </w:tcPr>
          <w:p w:rsidR="000040E7" w:rsidRDefault="00F27CD8">
            <w:pPr>
              <w:spacing w:after="40"/>
            </w:pPr>
            <w:r>
              <w:rPr>
                <w:b/>
              </w:rPr>
              <w:t xml:space="preserve">Kab./Kota </w:t>
            </w:r>
            <w:r w:rsidR="0040342E">
              <w:rPr>
                <w:b/>
              </w:rPr>
              <w:tab/>
            </w:r>
            <w:r>
              <w:rPr>
                <w:b/>
              </w:rPr>
              <w:t>: Kota Kotamobagu</w:t>
            </w:r>
          </w:p>
        </w:tc>
        <w:tc>
          <w:tcPr>
            <w:tcW w:w="5216" w:type="dxa"/>
            <w:tcMar>
              <w:top w:w="30" w:type="dxa"/>
              <w:left w:w="50" w:type="dxa"/>
              <w:bottom w:w="30" w:type="dxa"/>
              <w:right w:w="50" w:type="dxa"/>
            </w:tcMar>
          </w:tcPr>
          <w:p w:rsidR="000040E7" w:rsidRDefault="00F27CD8">
            <w:pPr>
              <w:spacing w:after="40"/>
            </w:pPr>
            <w:r>
              <w:rPr>
                <w:b/>
              </w:rPr>
              <w:t xml:space="preserve">Provinsi </w:t>
            </w:r>
            <w:r w:rsidR="0040342E">
              <w:rPr>
                <w:b/>
              </w:rPr>
              <w:tab/>
            </w:r>
            <w:r w:rsidR="0040342E">
              <w:rPr>
                <w:b/>
              </w:rPr>
              <w:tab/>
            </w:r>
            <w:r>
              <w:rPr>
                <w:b/>
              </w:rPr>
              <w:t>: Provinsi Sulawesi Utara</w:t>
            </w:r>
          </w:p>
        </w:tc>
      </w:tr>
    </w:tbl>
    <w:p w:rsidR="000040E7" w:rsidRDefault="000040E7">
      <w:pPr>
        <w:spacing w:after="80"/>
      </w:pPr>
    </w:p>
    <w:tbl>
      <w:tblPr>
        <w:tblW w:w="9954" w:type="dxa"/>
        <w:jc w:val="center"/>
        <w:tblBorders>
          <w:top w:val="single" w:sz="4" w:space="0" w:color="B0BEC5"/>
          <w:bottom w:val="single" w:sz="4" w:space="0" w:color="B0BEC5"/>
          <w:insideH w:val="single" w:sz="4" w:space="0" w:color="B0BEC5"/>
          <w:insideV w:val="single" w:sz="4" w:space="0" w:color="B0BEC5"/>
        </w:tblBorders>
        <w:tblLayout w:type="fixed"/>
        <w:tblLook w:val="04A0"/>
      </w:tblPr>
      <w:tblGrid>
        <w:gridCol w:w="672"/>
        <w:gridCol w:w="2818"/>
        <w:gridCol w:w="618"/>
        <w:gridCol w:w="642"/>
        <w:gridCol w:w="990"/>
        <w:gridCol w:w="630"/>
        <w:gridCol w:w="990"/>
        <w:gridCol w:w="1259"/>
        <w:gridCol w:w="721"/>
        <w:gridCol w:w="614"/>
      </w:tblGrid>
      <w:tr w:rsidR="003C569C" w:rsidTr="003C569C">
        <w:trPr>
          <w:tblHeader/>
          <w:jc w:val="center"/>
        </w:trPr>
        <w:tc>
          <w:tcPr>
            <w:tcW w:w="672" w:type="dxa"/>
            <w:shd w:val="clear" w:color="auto" w:fill="0F2942"/>
            <w:tcMar>
              <w:top w:w="65" w:type="dxa"/>
              <w:left w:w="35" w:type="dxa"/>
              <w:bottom w:w="65" w:type="dxa"/>
              <w:right w:w="35" w:type="dxa"/>
            </w:tcMar>
            <w:vAlign w:val="center"/>
          </w:tcPr>
          <w:p w:rsidR="000040E7" w:rsidRDefault="00F27CD8" w:rsidP="003C569C">
            <w:pPr>
              <w:jc w:val="center"/>
            </w:pPr>
            <w:r>
              <w:rPr>
                <w:b/>
                <w:color w:val="FFFFFF"/>
                <w:sz w:val="13"/>
              </w:rPr>
              <w:t>KD</w:t>
            </w:r>
          </w:p>
        </w:tc>
        <w:tc>
          <w:tcPr>
            <w:tcW w:w="2818" w:type="dxa"/>
            <w:shd w:val="clear" w:color="auto" w:fill="0F2942"/>
            <w:tcMar>
              <w:top w:w="65" w:type="dxa"/>
              <w:left w:w="35" w:type="dxa"/>
              <w:bottom w:w="65" w:type="dxa"/>
              <w:right w:w="35" w:type="dxa"/>
            </w:tcMar>
            <w:vAlign w:val="center"/>
          </w:tcPr>
          <w:p w:rsidR="000040E7" w:rsidRDefault="00F27CD8" w:rsidP="003C569C">
            <w:pPr>
              <w:jc w:val="center"/>
            </w:pPr>
            <w:r>
              <w:rPr>
                <w:b/>
                <w:color w:val="FFFFFF"/>
                <w:sz w:val="13"/>
              </w:rPr>
              <w:t>BIDANG / SUB BIDANG /</w:t>
            </w:r>
            <w:r>
              <w:rPr>
                <w:b/>
                <w:color w:val="FFFFFF"/>
                <w:sz w:val="13"/>
              </w:rPr>
              <w:br/>
              <w:t>JENIS KEGIATAN</w:t>
            </w:r>
          </w:p>
        </w:tc>
        <w:tc>
          <w:tcPr>
            <w:tcW w:w="618" w:type="dxa"/>
            <w:shd w:val="clear" w:color="auto" w:fill="0F2942"/>
            <w:tcMar>
              <w:top w:w="65" w:type="dxa"/>
              <w:left w:w="35" w:type="dxa"/>
              <w:bottom w:w="65" w:type="dxa"/>
              <w:right w:w="35" w:type="dxa"/>
            </w:tcMar>
            <w:vAlign w:val="center"/>
          </w:tcPr>
          <w:p w:rsidR="000040E7" w:rsidRDefault="00F27CD8" w:rsidP="003C569C">
            <w:pPr>
              <w:jc w:val="center"/>
            </w:pPr>
            <w:r>
              <w:rPr>
                <w:b/>
                <w:color w:val="FFFFFF"/>
                <w:sz w:val="13"/>
              </w:rPr>
              <w:t>LOKASI</w:t>
            </w:r>
          </w:p>
        </w:tc>
        <w:tc>
          <w:tcPr>
            <w:tcW w:w="642" w:type="dxa"/>
            <w:shd w:val="clear" w:color="auto" w:fill="0F2942"/>
            <w:tcMar>
              <w:top w:w="65" w:type="dxa"/>
              <w:left w:w="35" w:type="dxa"/>
              <w:bottom w:w="65" w:type="dxa"/>
              <w:right w:w="35" w:type="dxa"/>
            </w:tcMar>
            <w:vAlign w:val="center"/>
          </w:tcPr>
          <w:p w:rsidR="000040E7" w:rsidRDefault="00F27CD8" w:rsidP="003C569C">
            <w:pPr>
              <w:jc w:val="center"/>
            </w:pPr>
            <w:r>
              <w:rPr>
                <w:b/>
                <w:color w:val="FFFFFF"/>
                <w:sz w:val="13"/>
              </w:rPr>
              <w:t>VOLUME</w:t>
            </w:r>
          </w:p>
        </w:tc>
        <w:tc>
          <w:tcPr>
            <w:tcW w:w="990" w:type="dxa"/>
            <w:shd w:val="clear" w:color="auto" w:fill="0F2942"/>
            <w:tcMar>
              <w:top w:w="65" w:type="dxa"/>
              <w:left w:w="35" w:type="dxa"/>
              <w:bottom w:w="65" w:type="dxa"/>
              <w:right w:w="35" w:type="dxa"/>
            </w:tcMar>
            <w:vAlign w:val="center"/>
          </w:tcPr>
          <w:p w:rsidR="000040E7" w:rsidRDefault="00F27CD8" w:rsidP="003C569C">
            <w:pPr>
              <w:jc w:val="center"/>
            </w:pPr>
            <w:r>
              <w:rPr>
                <w:b/>
                <w:color w:val="FFFFFF"/>
                <w:sz w:val="13"/>
              </w:rPr>
              <w:t>SASARAN /</w:t>
            </w:r>
            <w:r>
              <w:rPr>
                <w:b/>
                <w:color w:val="FFFFFF"/>
                <w:sz w:val="13"/>
              </w:rPr>
              <w:br/>
              <w:t>MANFAAT</w:t>
            </w:r>
          </w:p>
        </w:tc>
        <w:tc>
          <w:tcPr>
            <w:tcW w:w="630" w:type="dxa"/>
            <w:shd w:val="clear" w:color="auto" w:fill="0F2942"/>
            <w:tcMar>
              <w:top w:w="65" w:type="dxa"/>
              <w:left w:w="35" w:type="dxa"/>
              <w:bottom w:w="65" w:type="dxa"/>
              <w:right w:w="35" w:type="dxa"/>
            </w:tcMar>
            <w:vAlign w:val="center"/>
          </w:tcPr>
          <w:p w:rsidR="000040E7" w:rsidRDefault="00F27CD8" w:rsidP="003C569C">
            <w:pPr>
              <w:jc w:val="center"/>
            </w:pPr>
            <w:r>
              <w:rPr>
                <w:b/>
                <w:color w:val="FFFFFF"/>
                <w:sz w:val="13"/>
              </w:rPr>
              <w:t>WAKTU</w:t>
            </w:r>
          </w:p>
        </w:tc>
        <w:tc>
          <w:tcPr>
            <w:tcW w:w="990" w:type="dxa"/>
            <w:shd w:val="clear" w:color="auto" w:fill="0F2942"/>
            <w:tcMar>
              <w:top w:w="65" w:type="dxa"/>
              <w:left w:w="35" w:type="dxa"/>
              <w:bottom w:w="65" w:type="dxa"/>
              <w:right w:w="35" w:type="dxa"/>
            </w:tcMar>
            <w:vAlign w:val="center"/>
          </w:tcPr>
          <w:p w:rsidR="000040E7" w:rsidRDefault="00F27CD8" w:rsidP="003C569C">
            <w:pPr>
              <w:jc w:val="center"/>
            </w:pPr>
            <w:r>
              <w:rPr>
                <w:b/>
                <w:color w:val="FFFFFF"/>
                <w:sz w:val="13"/>
              </w:rPr>
              <w:t>RENCANA</w:t>
            </w:r>
            <w:r>
              <w:rPr>
                <w:b/>
                <w:color w:val="FFFFFF"/>
                <w:sz w:val="13"/>
              </w:rPr>
              <w:br/>
              <w:t>PELAKSANA</w:t>
            </w:r>
          </w:p>
        </w:tc>
        <w:tc>
          <w:tcPr>
            <w:tcW w:w="1259" w:type="dxa"/>
            <w:shd w:val="clear" w:color="auto" w:fill="0F2942"/>
            <w:tcMar>
              <w:top w:w="65" w:type="dxa"/>
              <w:left w:w="35" w:type="dxa"/>
              <w:bottom w:w="65" w:type="dxa"/>
              <w:right w:w="35" w:type="dxa"/>
            </w:tcMar>
            <w:vAlign w:val="center"/>
          </w:tcPr>
          <w:p w:rsidR="000040E7" w:rsidRDefault="00F27CD8" w:rsidP="003C569C">
            <w:pPr>
              <w:jc w:val="center"/>
            </w:pPr>
            <w:r>
              <w:rPr>
                <w:b/>
                <w:color w:val="FFFFFF"/>
                <w:sz w:val="13"/>
              </w:rPr>
              <w:t>PRAKIRAAN BIAYA</w:t>
            </w:r>
            <w:r>
              <w:rPr>
                <w:b/>
                <w:color w:val="FFFFFF"/>
                <w:sz w:val="13"/>
              </w:rPr>
              <w:br/>
              <w:t>(RUPIAH)</w:t>
            </w:r>
          </w:p>
        </w:tc>
        <w:tc>
          <w:tcPr>
            <w:tcW w:w="721" w:type="dxa"/>
            <w:shd w:val="clear" w:color="auto" w:fill="0F2942"/>
            <w:tcMar>
              <w:top w:w="65" w:type="dxa"/>
              <w:left w:w="35" w:type="dxa"/>
              <w:bottom w:w="65" w:type="dxa"/>
              <w:right w:w="35" w:type="dxa"/>
            </w:tcMar>
            <w:vAlign w:val="center"/>
          </w:tcPr>
          <w:p w:rsidR="000040E7" w:rsidRDefault="00F27CD8" w:rsidP="003C569C">
            <w:pPr>
              <w:jc w:val="center"/>
            </w:pPr>
            <w:r>
              <w:rPr>
                <w:b/>
                <w:color w:val="FFFFFF"/>
                <w:sz w:val="13"/>
              </w:rPr>
              <w:t>SUMBER</w:t>
            </w:r>
            <w:r>
              <w:rPr>
                <w:b/>
                <w:color w:val="FFFFFF"/>
                <w:sz w:val="13"/>
              </w:rPr>
              <w:br/>
              <w:t>DANA</w:t>
            </w:r>
          </w:p>
        </w:tc>
        <w:tc>
          <w:tcPr>
            <w:tcW w:w="614" w:type="dxa"/>
            <w:shd w:val="clear" w:color="auto" w:fill="0F2942"/>
            <w:tcMar>
              <w:top w:w="65" w:type="dxa"/>
              <w:left w:w="35" w:type="dxa"/>
              <w:bottom w:w="65" w:type="dxa"/>
              <w:right w:w="35" w:type="dxa"/>
            </w:tcMar>
            <w:vAlign w:val="center"/>
          </w:tcPr>
          <w:p w:rsidR="000040E7" w:rsidRDefault="00F27CD8" w:rsidP="003C569C">
            <w:pPr>
              <w:jc w:val="center"/>
            </w:pPr>
            <w:r>
              <w:rPr>
                <w:b/>
                <w:color w:val="FFFFFF"/>
                <w:sz w:val="13"/>
              </w:rPr>
              <w:t>POLA</w:t>
            </w:r>
          </w:p>
        </w:tc>
      </w:tr>
      <w:tr w:rsidR="000040E7" w:rsidTr="003C569C">
        <w:trPr>
          <w:jc w:val="center"/>
        </w:trPr>
        <w:tc>
          <w:tcPr>
            <w:tcW w:w="9954" w:type="dxa"/>
            <w:gridSpan w:val="10"/>
            <w:shd w:val="clear" w:color="auto" w:fill="1B365D"/>
            <w:tcMar>
              <w:top w:w="70" w:type="dxa"/>
              <w:left w:w="70" w:type="dxa"/>
              <w:bottom w:w="70" w:type="dxa"/>
              <w:right w:w="70" w:type="dxa"/>
            </w:tcMar>
          </w:tcPr>
          <w:p w:rsidR="000040E7" w:rsidRDefault="00F27CD8">
            <w:r>
              <w:rPr>
                <w:b/>
                <w:color w:val="FFFFFF"/>
                <w:sz w:val="16"/>
              </w:rPr>
              <w:t>01  BIDANG PENYELENGGARAAN PEMERINTAHAN DESA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sidP="0051189D">
            <w:pPr>
              <w:jc w:val="both"/>
            </w:pPr>
            <w:r>
              <w:rPr>
                <w:b/>
                <w:color w:val="005B96"/>
                <w:sz w:val="15"/>
              </w:rPr>
              <w:t>•  Penyelenggaraan Belanja Siltap, Tunjangan dan Operasional Pemerintahan Desa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01.01.01</w:t>
            </w:r>
          </w:p>
        </w:tc>
        <w:tc>
          <w:tcPr>
            <w:tcW w:w="2818" w:type="dxa"/>
            <w:shd w:val="clear" w:color="auto" w:fill="FFFFFF"/>
            <w:tcMar>
              <w:top w:w="35" w:type="dxa"/>
              <w:left w:w="35" w:type="dxa"/>
              <w:bottom w:w="35" w:type="dxa"/>
              <w:right w:w="35" w:type="dxa"/>
            </w:tcMar>
          </w:tcPr>
          <w:p w:rsidR="000040E7" w:rsidRDefault="00F27CD8">
            <w:r>
              <w:rPr>
                <w:b/>
                <w:color w:val="0F2942"/>
                <w:sz w:val="14"/>
              </w:rPr>
              <w:t>Penyediaan Penghasilan Tetap dan Tunjangan Kepala 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Sangadi</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84.000.000,00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01.01.02</w:t>
            </w:r>
          </w:p>
        </w:tc>
        <w:tc>
          <w:tcPr>
            <w:tcW w:w="2818" w:type="dxa"/>
            <w:shd w:val="clear" w:color="auto" w:fill="F8FAFC"/>
            <w:tcMar>
              <w:top w:w="35" w:type="dxa"/>
              <w:left w:w="35" w:type="dxa"/>
              <w:bottom w:w="35" w:type="dxa"/>
              <w:right w:w="35" w:type="dxa"/>
            </w:tcMar>
          </w:tcPr>
          <w:p w:rsidR="000040E7" w:rsidRDefault="00F27CD8">
            <w:r>
              <w:rPr>
                <w:b/>
                <w:color w:val="0F2942"/>
                <w:sz w:val="14"/>
              </w:rPr>
              <w:t>Penyediaan Penghasilan Tetap dan Tunjangan Perangkat Desa</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Perangkat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400.000.000,00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01.01.03</w:t>
            </w:r>
          </w:p>
        </w:tc>
        <w:tc>
          <w:tcPr>
            <w:tcW w:w="2818" w:type="dxa"/>
            <w:shd w:val="clear" w:color="auto" w:fill="FFFFFF"/>
            <w:tcMar>
              <w:top w:w="35" w:type="dxa"/>
              <w:left w:w="35" w:type="dxa"/>
              <w:bottom w:w="35" w:type="dxa"/>
              <w:right w:w="35" w:type="dxa"/>
            </w:tcMar>
          </w:tcPr>
          <w:p w:rsidR="000040E7" w:rsidRDefault="00F27CD8">
            <w:r>
              <w:rPr>
                <w:b/>
                <w:color w:val="0F2942"/>
                <w:sz w:val="14"/>
              </w:rPr>
              <w:t>Penyediaan Jaminan Sosial bagi Kepala Desa dan Perangkat 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Perangkat Desa</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35.000.000,00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01.01.04</w:t>
            </w:r>
          </w:p>
        </w:tc>
        <w:tc>
          <w:tcPr>
            <w:tcW w:w="2818" w:type="dxa"/>
            <w:shd w:val="clear" w:color="auto" w:fill="F8FAFC"/>
            <w:tcMar>
              <w:top w:w="35" w:type="dxa"/>
              <w:left w:w="35" w:type="dxa"/>
              <w:bottom w:w="35" w:type="dxa"/>
              <w:right w:w="35" w:type="dxa"/>
            </w:tcMar>
          </w:tcPr>
          <w:p w:rsidR="000040E7" w:rsidRDefault="00F27CD8">
            <w:r>
              <w:rPr>
                <w:b/>
                <w:color w:val="0F2942"/>
                <w:sz w:val="14"/>
              </w:rPr>
              <w:t>Penyediaan Operasional Pemerintah Desa (ATK, Honor PKPKD dan PPKD dll)</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Perangkat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350.000.000,00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01.01.05</w:t>
            </w:r>
          </w:p>
        </w:tc>
        <w:tc>
          <w:tcPr>
            <w:tcW w:w="2818" w:type="dxa"/>
            <w:shd w:val="clear" w:color="auto" w:fill="FFFFFF"/>
            <w:tcMar>
              <w:top w:w="35" w:type="dxa"/>
              <w:left w:w="35" w:type="dxa"/>
              <w:bottom w:w="35" w:type="dxa"/>
              <w:right w:w="35" w:type="dxa"/>
            </w:tcMar>
          </w:tcPr>
          <w:p w:rsidR="000040E7" w:rsidRDefault="00F27CD8">
            <w:r>
              <w:rPr>
                <w:b/>
                <w:color w:val="0F2942"/>
                <w:sz w:val="14"/>
              </w:rPr>
              <w:t>Penyediaan Tunjangan BPD</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BPD</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82.000.000,00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01.01.06</w:t>
            </w:r>
          </w:p>
        </w:tc>
        <w:tc>
          <w:tcPr>
            <w:tcW w:w="2818" w:type="dxa"/>
            <w:shd w:val="clear" w:color="auto" w:fill="F8FAFC"/>
            <w:tcMar>
              <w:top w:w="35" w:type="dxa"/>
              <w:left w:w="35" w:type="dxa"/>
              <w:bottom w:w="35" w:type="dxa"/>
              <w:right w:w="35" w:type="dxa"/>
            </w:tcMar>
          </w:tcPr>
          <w:p w:rsidR="000040E7" w:rsidRDefault="00F27CD8">
            <w:r>
              <w:rPr>
                <w:b/>
                <w:color w:val="0F2942"/>
                <w:sz w:val="14"/>
              </w:rPr>
              <w:t>Penyediaan Operasional BPD (rapat, ATK, Makan Minum, Pakaian Seragam, Listrik dll)</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BPD</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87.000.000,00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01.01.07</w:t>
            </w:r>
          </w:p>
        </w:tc>
        <w:tc>
          <w:tcPr>
            <w:tcW w:w="2818" w:type="dxa"/>
            <w:shd w:val="clear" w:color="auto" w:fill="FFFFFF"/>
            <w:tcMar>
              <w:top w:w="35" w:type="dxa"/>
              <w:left w:w="35" w:type="dxa"/>
              <w:bottom w:w="35" w:type="dxa"/>
              <w:right w:w="35" w:type="dxa"/>
            </w:tcMar>
          </w:tcPr>
          <w:p w:rsidR="000040E7" w:rsidRDefault="00F27CD8">
            <w:r>
              <w:rPr>
                <w:b/>
                <w:color w:val="0F2942"/>
                <w:sz w:val="14"/>
              </w:rPr>
              <w:t>Penyediaan Insentif/Operasional RT/RW</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Ketua RT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55.000.000,00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01.01.08</w:t>
            </w:r>
          </w:p>
        </w:tc>
        <w:tc>
          <w:tcPr>
            <w:tcW w:w="2818" w:type="dxa"/>
            <w:shd w:val="clear" w:color="auto" w:fill="F8FAFC"/>
            <w:tcMar>
              <w:top w:w="35" w:type="dxa"/>
              <w:left w:w="35" w:type="dxa"/>
              <w:bottom w:w="35" w:type="dxa"/>
              <w:right w:w="35" w:type="dxa"/>
            </w:tcMar>
          </w:tcPr>
          <w:p w:rsidR="000040E7" w:rsidRDefault="00F27CD8">
            <w:r>
              <w:rPr>
                <w:b/>
                <w:color w:val="0F2942"/>
                <w:sz w:val="14"/>
              </w:rPr>
              <w:t>Penyediaan Operasional Pemerintah Desa yang bersumber dari Dana Desa</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Perangkat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33.000.000,00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01.01.09</w:t>
            </w:r>
          </w:p>
        </w:tc>
        <w:tc>
          <w:tcPr>
            <w:tcW w:w="2818" w:type="dxa"/>
            <w:shd w:val="clear" w:color="auto" w:fill="FFFFFF"/>
            <w:tcMar>
              <w:top w:w="35" w:type="dxa"/>
              <w:left w:w="35" w:type="dxa"/>
              <w:bottom w:w="35" w:type="dxa"/>
              <w:right w:w="35" w:type="dxa"/>
            </w:tcMar>
          </w:tcPr>
          <w:p w:rsidR="000040E7" w:rsidRDefault="00F27CD8">
            <w:r>
              <w:rPr>
                <w:b/>
                <w:color w:val="0F2942"/>
                <w:sz w:val="14"/>
              </w:rPr>
              <w:t>Penyediaan Jaminan Ketenagakerjaan BPD</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7 Org</w:t>
            </w:r>
          </w:p>
        </w:tc>
        <w:tc>
          <w:tcPr>
            <w:tcW w:w="990" w:type="dxa"/>
            <w:shd w:val="clear" w:color="auto" w:fill="FFFFFF"/>
            <w:tcMar>
              <w:top w:w="35" w:type="dxa"/>
              <w:left w:w="35" w:type="dxa"/>
              <w:bottom w:w="35" w:type="dxa"/>
              <w:right w:w="35" w:type="dxa"/>
            </w:tcMar>
          </w:tcPr>
          <w:p w:rsidR="000040E7" w:rsidRDefault="00F27CD8">
            <w:r>
              <w:rPr>
                <w:color w:val="334155"/>
                <w:sz w:val="14"/>
              </w:rPr>
              <w:t>BPD</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15.000.000,00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w:t>
            </w:r>
            <w:proofErr w:type="spellStart"/>
            <w:r>
              <w:rPr>
                <w:b/>
                <w:color w:val="005B96"/>
                <w:sz w:val="15"/>
              </w:rPr>
              <w:t>Penyediaan</w:t>
            </w:r>
            <w:proofErr w:type="spellEnd"/>
            <w:r>
              <w:rPr>
                <w:b/>
                <w:color w:val="005B96"/>
                <w:sz w:val="15"/>
              </w:rPr>
              <w:t xml:space="preserve"> </w:t>
            </w:r>
            <w:proofErr w:type="spellStart"/>
            <w:r>
              <w:rPr>
                <w:b/>
                <w:color w:val="005B96"/>
                <w:sz w:val="15"/>
              </w:rPr>
              <w:t>Sarana</w:t>
            </w:r>
            <w:proofErr w:type="spellEnd"/>
            <w:r>
              <w:rPr>
                <w:b/>
                <w:color w:val="005B96"/>
                <w:sz w:val="15"/>
              </w:rPr>
              <w:t xml:space="preserve"> </w:t>
            </w:r>
            <w:proofErr w:type="spellStart"/>
            <w:r>
              <w:rPr>
                <w:b/>
                <w:color w:val="005B96"/>
                <w:sz w:val="15"/>
              </w:rPr>
              <w:t>Prasarana</w:t>
            </w:r>
            <w:proofErr w:type="spellEnd"/>
            <w:r>
              <w:rPr>
                <w:b/>
                <w:color w:val="005B96"/>
                <w:sz w:val="15"/>
              </w:rPr>
              <w:t xml:space="preserve"> </w:t>
            </w:r>
            <w:proofErr w:type="spellStart"/>
            <w:r>
              <w:rPr>
                <w:b/>
                <w:color w:val="005B96"/>
                <w:sz w:val="15"/>
              </w:rPr>
              <w:t>Pemerintahan</w:t>
            </w:r>
            <w:proofErr w:type="spellEnd"/>
            <w:r>
              <w:rPr>
                <w:b/>
                <w:color w:val="005B96"/>
                <w:sz w:val="15"/>
              </w:rPr>
              <w:t xml:space="preserve"> Desa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01.02.01</w:t>
            </w:r>
          </w:p>
        </w:tc>
        <w:tc>
          <w:tcPr>
            <w:tcW w:w="2818" w:type="dxa"/>
            <w:shd w:val="clear" w:color="auto" w:fill="F8FAFC"/>
            <w:tcMar>
              <w:top w:w="35" w:type="dxa"/>
              <w:left w:w="35" w:type="dxa"/>
              <w:bottom w:w="35" w:type="dxa"/>
              <w:right w:w="35" w:type="dxa"/>
            </w:tcMar>
          </w:tcPr>
          <w:p w:rsidR="000040E7" w:rsidRDefault="00F27CD8">
            <w:r>
              <w:rPr>
                <w:b/>
                <w:color w:val="0F2942"/>
                <w:sz w:val="14"/>
              </w:rPr>
              <w:t>Penyediaan Sarana (Aset Tetap) Perkantoran/Pemerintahan</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Pemerintah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Kaur Perencanaan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250.000.000,00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01.02.02</w:t>
            </w:r>
          </w:p>
        </w:tc>
        <w:tc>
          <w:tcPr>
            <w:tcW w:w="2818" w:type="dxa"/>
            <w:shd w:val="clear" w:color="auto" w:fill="FFFFFF"/>
            <w:tcMar>
              <w:top w:w="35" w:type="dxa"/>
              <w:left w:w="35" w:type="dxa"/>
              <w:bottom w:w="35" w:type="dxa"/>
              <w:right w:w="35" w:type="dxa"/>
            </w:tcMar>
          </w:tcPr>
          <w:p w:rsidR="000040E7" w:rsidRDefault="00F27CD8">
            <w:r>
              <w:rPr>
                <w:b/>
                <w:color w:val="0F2942"/>
                <w:sz w:val="14"/>
              </w:rPr>
              <w:t>Pemeliharaan Gedung/Prasarana Kantor 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Pemerintah Desa</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98.000.000,00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Kerjasama Pihak Ketiga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01.02.03</w:t>
            </w:r>
          </w:p>
        </w:tc>
        <w:tc>
          <w:tcPr>
            <w:tcW w:w="2818" w:type="dxa"/>
            <w:shd w:val="clear" w:color="auto" w:fill="F8FAFC"/>
            <w:tcMar>
              <w:top w:w="35" w:type="dxa"/>
              <w:left w:w="35" w:type="dxa"/>
              <w:bottom w:w="35" w:type="dxa"/>
              <w:right w:w="35" w:type="dxa"/>
            </w:tcMar>
          </w:tcPr>
          <w:p w:rsidR="000040E7" w:rsidRDefault="00F27CD8">
            <w:r>
              <w:rPr>
                <w:b/>
                <w:color w:val="0F2942"/>
                <w:sz w:val="14"/>
              </w:rPr>
              <w:t>Pembangunan/Rehabilitasi/Peningkatan Gedung/Prasarana Kantor Desa **)</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Pemerintah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220.000.000,00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Kerjasama Pihak Ketiga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01.02.04</w:t>
            </w:r>
          </w:p>
        </w:tc>
        <w:tc>
          <w:tcPr>
            <w:tcW w:w="2818" w:type="dxa"/>
            <w:shd w:val="clear" w:color="auto" w:fill="FFFFFF"/>
            <w:tcMar>
              <w:top w:w="35" w:type="dxa"/>
              <w:left w:w="35" w:type="dxa"/>
              <w:bottom w:w="35" w:type="dxa"/>
              <w:right w:w="35" w:type="dxa"/>
            </w:tcMar>
          </w:tcPr>
          <w:p w:rsidR="000040E7" w:rsidRDefault="00F27CD8">
            <w:r>
              <w:rPr>
                <w:b/>
                <w:color w:val="0F2942"/>
                <w:sz w:val="14"/>
              </w:rPr>
              <w:t>Pembangunan/Rehabilitasi/Peningkatan/Pemeliharaan Gedung/Sekretariat BPD</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BPD</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15.000.000,00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Kerjasama Pihak Ketiga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w:t>
            </w:r>
            <w:proofErr w:type="spellStart"/>
            <w:r>
              <w:rPr>
                <w:b/>
                <w:color w:val="005B96"/>
                <w:sz w:val="15"/>
              </w:rPr>
              <w:t>Administrasi</w:t>
            </w:r>
            <w:proofErr w:type="spellEnd"/>
            <w:r>
              <w:rPr>
                <w:b/>
                <w:color w:val="005B96"/>
                <w:sz w:val="15"/>
              </w:rPr>
              <w:t xml:space="preserve"> </w:t>
            </w:r>
            <w:proofErr w:type="spellStart"/>
            <w:r>
              <w:rPr>
                <w:b/>
                <w:color w:val="005B96"/>
                <w:sz w:val="15"/>
              </w:rPr>
              <w:t>Kependudukan</w:t>
            </w:r>
            <w:proofErr w:type="spellEnd"/>
            <w:r>
              <w:rPr>
                <w:b/>
                <w:color w:val="005B96"/>
                <w:sz w:val="15"/>
              </w:rPr>
              <w:t xml:space="preserve">, </w:t>
            </w:r>
            <w:proofErr w:type="spellStart"/>
            <w:r>
              <w:rPr>
                <w:b/>
                <w:color w:val="005B96"/>
                <w:sz w:val="15"/>
              </w:rPr>
              <w:t>Pencatatan</w:t>
            </w:r>
            <w:proofErr w:type="spellEnd"/>
            <w:r>
              <w:rPr>
                <w:b/>
                <w:color w:val="005B96"/>
                <w:sz w:val="15"/>
              </w:rPr>
              <w:t xml:space="preserve"> </w:t>
            </w:r>
            <w:proofErr w:type="spellStart"/>
            <w:r>
              <w:rPr>
                <w:b/>
                <w:color w:val="005B96"/>
                <w:sz w:val="15"/>
              </w:rPr>
              <w:t>Sipil</w:t>
            </w:r>
            <w:proofErr w:type="spellEnd"/>
            <w:r>
              <w:rPr>
                <w:b/>
                <w:color w:val="005B96"/>
                <w:sz w:val="15"/>
              </w:rPr>
              <w:t>, Statistik dan Kearsipan</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lastRenderedPageBreak/>
              <w:t>01.03.01</w:t>
            </w:r>
          </w:p>
        </w:tc>
        <w:tc>
          <w:tcPr>
            <w:tcW w:w="2818" w:type="dxa"/>
            <w:shd w:val="clear" w:color="auto" w:fill="F8FAFC"/>
            <w:tcMar>
              <w:top w:w="35" w:type="dxa"/>
              <w:left w:w="35" w:type="dxa"/>
              <w:bottom w:w="35" w:type="dxa"/>
              <w:right w:w="35" w:type="dxa"/>
            </w:tcMar>
          </w:tcPr>
          <w:p w:rsidR="000040E7" w:rsidRDefault="00F27CD8">
            <w:r>
              <w:rPr>
                <w:b/>
                <w:color w:val="0F2942"/>
                <w:sz w:val="14"/>
              </w:rPr>
              <w:t>Pelayanan Administrasi Umum dan Kependudukan</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25.000.000,00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01.03.02</w:t>
            </w:r>
          </w:p>
        </w:tc>
        <w:tc>
          <w:tcPr>
            <w:tcW w:w="2818" w:type="dxa"/>
            <w:shd w:val="clear" w:color="auto" w:fill="FFFFFF"/>
            <w:tcMar>
              <w:top w:w="35" w:type="dxa"/>
              <w:left w:w="35" w:type="dxa"/>
              <w:bottom w:w="35" w:type="dxa"/>
              <w:right w:w="35" w:type="dxa"/>
            </w:tcMar>
          </w:tcPr>
          <w:p w:rsidR="000040E7" w:rsidRDefault="00F27CD8">
            <w:r>
              <w:rPr>
                <w:b/>
                <w:color w:val="0F2942"/>
                <w:sz w:val="14"/>
              </w:rPr>
              <w:t>Penyusunan, Pendataan, dan Pemutakhiran Profil Desa **)</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Pemerintah Desa</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01.03.03</w:t>
            </w:r>
          </w:p>
        </w:tc>
        <w:tc>
          <w:tcPr>
            <w:tcW w:w="2818" w:type="dxa"/>
            <w:shd w:val="clear" w:color="auto" w:fill="F8FAFC"/>
            <w:tcMar>
              <w:top w:w="35" w:type="dxa"/>
              <w:left w:w="35" w:type="dxa"/>
              <w:bottom w:w="35" w:type="dxa"/>
              <w:right w:w="35" w:type="dxa"/>
            </w:tcMar>
          </w:tcPr>
          <w:p w:rsidR="000040E7" w:rsidRDefault="00F27CD8">
            <w:r>
              <w:rPr>
                <w:b/>
                <w:color w:val="0F2942"/>
                <w:sz w:val="14"/>
              </w:rPr>
              <w:t>Pengelolaan Administrasi dan Kearsipan Pemerintahan Desa</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Pemerintah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01.03.04</w:t>
            </w:r>
          </w:p>
        </w:tc>
        <w:tc>
          <w:tcPr>
            <w:tcW w:w="2818" w:type="dxa"/>
            <w:shd w:val="clear" w:color="auto" w:fill="FFFFFF"/>
            <w:tcMar>
              <w:top w:w="35" w:type="dxa"/>
              <w:left w:w="35" w:type="dxa"/>
              <w:bottom w:w="35" w:type="dxa"/>
              <w:right w:w="35" w:type="dxa"/>
            </w:tcMar>
          </w:tcPr>
          <w:p w:rsidR="000040E7" w:rsidRDefault="00F27CD8">
            <w:r>
              <w:rPr>
                <w:b/>
                <w:color w:val="0F2942"/>
                <w:sz w:val="14"/>
              </w:rPr>
              <w:t>Penyuluhan dan Penyadaran Masyarakat tentang Kependudukan dan Capil</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Pemerintah Desa</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20.000.000,00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01.03.05</w:t>
            </w:r>
          </w:p>
        </w:tc>
        <w:tc>
          <w:tcPr>
            <w:tcW w:w="2818" w:type="dxa"/>
            <w:shd w:val="clear" w:color="auto" w:fill="F8FAFC"/>
            <w:tcMar>
              <w:top w:w="35" w:type="dxa"/>
              <w:left w:w="35" w:type="dxa"/>
              <w:bottom w:w="35" w:type="dxa"/>
              <w:right w:w="35" w:type="dxa"/>
            </w:tcMar>
          </w:tcPr>
          <w:p w:rsidR="000040E7" w:rsidRDefault="00F27CD8">
            <w:r>
              <w:rPr>
                <w:b/>
                <w:color w:val="0F2942"/>
                <w:sz w:val="14"/>
              </w:rPr>
              <w:t>Pemetaan dan Analisis Kemiskinan Desa secara Partisipatif</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Pemerintah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w:t>
            </w:r>
            <w:proofErr w:type="spellStart"/>
            <w:r>
              <w:rPr>
                <w:b/>
                <w:color w:val="005B96"/>
                <w:sz w:val="15"/>
              </w:rPr>
              <w:t>Penyelenggaraan</w:t>
            </w:r>
            <w:proofErr w:type="spellEnd"/>
            <w:r>
              <w:rPr>
                <w:b/>
                <w:color w:val="005B96"/>
                <w:sz w:val="15"/>
              </w:rPr>
              <w:t xml:space="preserve"> Tata </w:t>
            </w:r>
            <w:proofErr w:type="spellStart"/>
            <w:r>
              <w:rPr>
                <w:b/>
                <w:color w:val="005B96"/>
                <w:sz w:val="15"/>
              </w:rPr>
              <w:t>Praja</w:t>
            </w:r>
            <w:proofErr w:type="spellEnd"/>
            <w:r>
              <w:rPr>
                <w:b/>
                <w:color w:val="005B96"/>
                <w:sz w:val="15"/>
              </w:rPr>
              <w:t xml:space="preserve"> </w:t>
            </w:r>
            <w:proofErr w:type="spellStart"/>
            <w:r>
              <w:rPr>
                <w:b/>
                <w:color w:val="005B96"/>
                <w:sz w:val="15"/>
              </w:rPr>
              <w:t>Pemerintahan</w:t>
            </w:r>
            <w:proofErr w:type="spellEnd"/>
            <w:r>
              <w:rPr>
                <w:b/>
                <w:color w:val="005B96"/>
                <w:sz w:val="15"/>
              </w:rPr>
              <w:t>, Perencanaan, Keuangan dan Pelaporan</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01.04.01</w:t>
            </w:r>
          </w:p>
        </w:tc>
        <w:tc>
          <w:tcPr>
            <w:tcW w:w="2818" w:type="dxa"/>
            <w:shd w:val="clear" w:color="auto" w:fill="FFFFFF"/>
            <w:tcMar>
              <w:top w:w="35" w:type="dxa"/>
              <w:left w:w="35" w:type="dxa"/>
              <w:bottom w:w="35" w:type="dxa"/>
              <w:right w:w="35" w:type="dxa"/>
            </w:tcMar>
          </w:tcPr>
          <w:p w:rsidR="000040E7" w:rsidRDefault="00F27CD8">
            <w:r>
              <w:rPr>
                <w:b/>
                <w:color w:val="0F2942"/>
                <w:sz w:val="14"/>
              </w:rPr>
              <w:t>Penyelenggaraan Musyawarah Perencanaan Desa/Pembahasan APBDes (Reguler)</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Pemerintah Desa</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23.000.000,00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01.04.02</w:t>
            </w:r>
          </w:p>
        </w:tc>
        <w:tc>
          <w:tcPr>
            <w:tcW w:w="2818" w:type="dxa"/>
            <w:shd w:val="clear" w:color="auto" w:fill="F8FAFC"/>
            <w:tcMar>
              <w:top w:w="35" w:type="dxa"/>
              <w:left w:w="35" w:type="dxa"/>
              <w:bottom w:w="35" w:type="dxa"/>
              <w:right w:w="35" w:type="dxa"/>
            </w:tcMar>
          </w:tcPr>
          <w:p w:rsidR="000040E7" w:rsidRDefault="00F27CD8">
            <w:r>
              <w:rPr>
                <w:b/>
                <w:color w:val="0F2942"/>
                <w:sz w:val="14"/>
              </w:rPr>
              <w:t>Penyelenggaraan Musyawarah Desa Lainnya (Musdus, Rembug Desa Non Reguler)</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Pemerintah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23.000.000,00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01.04.03</w:t>
            </w:r>
          </w:p>
        </w:tc>
        <w:tc>
          <w:tcPr>
            <w:tcW w:w="2818" w:type="dxa"/>
            <w:shd w:val="clear" w:color="auto" w:fill="FFFFFF"/>
            <w:tcMar>
              <w:top w:w="35" w:type="dxa"/>
              <w:left w:w="35" w:type="dxa"/>
              <w:bottom w:w="35" w:type="dxa"/>
              <w:right w:w="35" w:type="dxa"/>
            </w:tcMar>
          </w:tcPr>
          <w:p w:rsidR="000040E7" w:rsidRDefault="00F27CD8">
            <w:r>
              <w:rPr>
                <w:b/>
                <w:color w:val="0F2942"/>
                <w:sz w:val="14"/>
              </w:rPr>
              <w:t>Penyusunan Dokumen Perencanaan Desa (RPJMDesa/RKPDesa dll)</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Pemerintah Desa</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33.000.000,00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01.04.04</w:t>
            </w:r>
          </w:p>
        </w:tc>
        <w:tc>
          <w:tcPr>
            <w:tcW w:w="2818" w:type="dxa"/>
            <w:shd w:val="clear" w:color="auto" w:fill="F8FAFC"/>
            <w:tcMar>
              <w:top w:w="35" w:type="dxa"/>
              <w:left w:w="35" w:type="dxa"/>
              <w:bottom w:w="35" w:type="dxa"/>
              <w:right w:w="35" w:type="dxa"/>
            </w:tcMar>
          </w:tcPr>
          <w:p w:rsidR="000040E7" w:rsidRDefault="00F27CD8">
            <w:r>
              <w:rPr>
                <w:b/>
                <w:color w:val="0F2942"/>
                <w:sz w:val="14"/>
              </w:rPr>
              <w:t>Penyusunan Dokumen Keuangan Desa (APBDes, APBDes Perubahan, LPJ dll)</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Pemerintah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25.000.000,00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01.04.05</w:t>
            </w:r>
          </w:p>
        </w:tc>
        <w:tc>
          <w:tcPr>
            <w:tcW w:w="2818" w:type="dxa"/>
            <w:shd w:val="clear" w:color="auto" w:fill="FFFFFF"/>
            <w:tcMar>
              <w:top w:w="35" w:type="dxa"/>
              <w:left w:w="35" w:type="dxa"/>
              <w:bottom w:w="35" w:type="dxa"/>
              <w:right w:w="35" w:type="dxa"/>
            </w:tcMar>
          </w:tcPr>
          <w:p w:rsidR="000040E7" w:rsidRDefault="00F27CD8">
            <w:r>
              <w:rPr>
                <w:b/>
                <w:color w:val="0F2942"/>
                <w:sz w:val="14"/>
              </w:rPr>
              <w:t>Pengelolaan Administrasi/Inventarisasi/Penilaian Aset 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Pemerintah Desa</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17.000.000,00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01.04.06</w:t>
            </w:r>
          </w:p>
        </w:tc>
        <w:tc>
          <w:tcPr>
            <w:tcW w:w="2818" w:type="dxa"/>
            <w:shd w:val="clear" w:color="auto" w:fill="F8FAFC"/>
            <w:tcMar>
              <w:top w:w="35" w:type="dxa"/>
              <w:left w:w="35" w:type="dxa"/>
              <w:bottom w:w="35" w:type="dxa"/>
              <w:right w:w="35" w:type="dxa"/>
            </w:tcMar>
          </w:tcPr>
          <w:p w:rsidR="000040E7" w:rsidRDefault="00F27CD8">
            <w:r>
              <w:rPr>
                <w:b/>
                <w:color w:val="0F2942"/>
                <w:sz w:val="14"/>
              </w:rPr>
              <w:t>Penyusunan Kebijakan Desa (Perdes/Perkades selain Perencanaan/Keuangan)</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Pemerintah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33.000.000,00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01.04.07</w:t>
            </w:r>
          </w:p>
        </w:tc>
        <w:tc>
          <w:tcPr>
            <w:tcW w:w="2818" w:type="dxa"/>
            <w:shd w:val="clear" w:color="auto" w:fill="FFFFFF"/>
            <w:tcMar>
              <w:top w:w="35" w:type="dxa"/>
              <w:left w:w="35" w:type="dxa"/>
              <w:bottom w:w="35" w:type="dxa"/>
              <w:right w:w="35" w:type="dxa"/>
            </w:tcMar>
          </w:tcPr>
          <w:p w:rsidR="000040E7" w:rsidRDefault="00F27CD8">
            <w:r>
              <w:rPr>
                <w:b/>
                <w:color w:val="0F2942"/>
                <w:sz w:val="14"/>
              </w:rPr>
              <w:t>Penyusunan Laporan Kepala Desa, LPPDesa dan Informasi Kepada Masyarakat</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Pemerintah Desa</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26.000.000,00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01.04.08</w:t>
            </w:r>
          </w:p>
        </w:tc>
        <w:tc>
          <w:tcPr>
            <w:tcW w:w="2818" w:type="dxa"/>
            <w:shd w:val="clear" w:color="auto" w:fill="F8FAFC"/>
            <w:tcMar>
              <w:top w:w="35" w:type="dxa"/>
              <w:left w:w="35" w:type="dxa"/>
              <w:bottom w:w="35" w:type="dxa"/>
              <w:right w:w="35" w:type="dxa"/>
            </w:tcMar>
          </w:tcPr>
          <w:p w:rsidR="000040E7" w:rsidRDefault="00F27CD8">
            <w:r>
              <w:rPr>
                <w:b/>
                <w:color w:val="0F2942"/>
                <w:sz w:val="14"/>
              </w:rPr>
              <w:t>Pengembangan Sistem Informasi Desa</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Pemerintah Desa &amp; Masy.</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Kaur Perencanaan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22.000.000,00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01.04.09</w:t>
            </w:r>
          </w:p>
        </w:tc>
        <w:tc>
          <w:tcPr>
            <w:tcW w:w="2818" w:type="dxa"/>
            <w:shd w:val="clear" w:color="auto" w:fill="FFFFFF"/>
            <w:tcMar>
              <w:top w:w="35" w:type="dxa"/>
              <w:left w:w="35" w:type="dxa"/>
              <w:bottom w:w="35" w:type="dxa"/>
              <w:right w:w="35" w:type="dxa"/>
            </w:tcMar>
          </w:tcPr>
          <w:p w:rsidR="000040E7" w:rsidRDefault="00F27CD8">
            <w:r>
              <w:rPr>
                <w:b/>
                <w:color w:val="0F2942"/>
                <w:sz w:val="14"/>
              </w:rPr>
              <w:t>Koordinasi/Kerjasama Penyelenggaraan Pemerintahan &amp; Pembangunan 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Pemerintah Desa</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22.000.000,00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01.04.10</w:t>
            </w:r>
          </w:p>
        </w:tc>
        <w:tc>
          <w:tcPr>
            <w:tcW w:w="2818" w:type="dxa"/>
            <w:shd w:val="clear" w:color="auto" w:fill="F8FAFC"/>
            <w:tcMar>
              <w:top w:w="35" w:type="dxa"/>
              <w:left w:w="35" w:type="dxa"/>
              <w:bottom w:w="35" w:type="dxa"/>
              <w:right w:w="35" w:type="dxa"/>
            </w:tcMar>
          </w:tcPr>
          <w:p w:rsidR="000040E7" w:rsidRDefault="00F27CD8">
            <w:r>
              <w:rPr>
                <w:b/>
                <w:color w:val="0F2942"/>
                <w:sz w:val="14"/>
              </w:rPr>
              <w:t>Dukungan &amp; Sosialisasi Pelaksanaan Pilkades, Pemilihan Ka. Kewilayahan &amp; BPD</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Pemerintah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23.000.000,00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01.04.11</w:t>
            </w:r>
          </w:p>
        </w:tc>
        <w:tc>
          <w:tcPr>
            <w:tcW w:w="2818" w:type="dxa"/>
            <w:shd w:val="clear" w:color="auto" w:fill="FFFFFF"/>
            <w:tcMar>
              <w:top w:w="35" w:type="dxa"/>
              <w:left w:w="35" w:type="dxa"/>
              <w:bottom w:w="35" w:type="dxa"/>
              <w:right w:w="35" w:type="dxa"/>
            </w:tcMar>
          </w:tcPr>
          <w:p w:rsidR="000040E7" w:rsidRDefault="00F27CD8">
            <w:r>
              <w:rPr>
                <w:b/>
                <w:color w:val="0F2942"/>
                <w:sz w:val="14"/>
              </w:rPr>
              <w:t>Penyelenggaraan Lomba antar Kewilayahan &amp; Pengiriman Kontingen Lomba 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Pemerintah Desa</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22.000.000,00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Pertanahan</w:t>
            </w:r>
            <w:proofErr w:type="spellEnd"/>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lastRenderedPageBreak/>
              <w:t>01.05.01</w:t>
            </w:r>
          </w:p>
        </w:tc>
        <w:tc>
          <w:tcPr>
            <w:tcW w:w="2818" w:type="dxa"/>
            <w:shd w:val="clear" w:color="auto" w:fill="F8FAFC"/>
            <w:tcMar>
              <w:top w:w="35" w:type="dxa"/>
              <w:left w:w="35" w:type="dxa"/>
              <w:bottom w:w="35" w:type="dxa"/>
              <w:right w:w="35" w:type="dxa"/>
            </w:tcMar>
          </w:tcPr>
          <w:p w:rsidR="000040E7" w:rsidRDefault="00F27CD8">
            <w:r>
              <w:rPr>
                <w:b/>
                <w:color w:val="0F2942"/>
                <w:sz w:val="14"/>
              </w:rPr>
              <w:t>Sertifikasi Tanah Kas Desa</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Pemerintah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30.000.000,00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01.05.02</w:t>
            </w:r>
          </w:p>
        </w:tc>
        <w:tc>
          <w:tcPr>
            <w:tcW w:w="2818" w:type="dxa"/>
            <w:shd w:val="clear" w:color="auto" w:fill="FFFFFF"/>
            <w:tcMar>
              <w:top w:w="35" w:type="dxa"/>
              <w:left w:w="35" w:type="dxa"/>
              <w:bottom w:w="35" w:type="dxa"/>
              <w:right w:w="35" w:type="dxa"/>
            </w:tcMar>
          </w:tcPr>
          <w:p w:rsidR="000040E7" w:rsidRDefault="00F27CD8">
            <w:r>
              <w:rPr>
                <w:b/>
                <w:color w:val="0F2942"/>
                <w:sz w:val="14"/>
              </w:rPr>
              <w:t>Fasilitasi Sertifikasi Tanah untuk Masyarakat Miskin</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Masyarakat Miskin</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35.000.000,00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01.05.03</w:t>
            </w:r>
          </w:p>
        </w:tc>
        <w:tc>
          <w:tcPr>
            <w:tcW w:w="2818" w:type="dxa"/>
            <w:shd w:val="clear" w:color="auto" w:fill="F8FAFC"/>
            <w:tcMar>
              <w:top w:w="35" w:type="dxa"/>
              <w:left w:w="35" w:type="dxa"/>
              <w:bottom w:w="35" w:type="dxa"/>
              <w:right w:w="35" w:type="dxa"/>
            </w:tcMar>
          </w:tcPr>
          <w:p w:rsidR="000040E7" w:rsidRDefault="00F27CD8">
            <w:r>
              <w:rPr>
                <w:b/>
                <w:color w:val="0F2942"/>
                <w:sz w:val="14"/>
              </w:rPr>
              <w:t>Kegiatan Penyuluhan Pertanahan</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26.000.000,00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01.05.04</w:t>
            </w:r>
          </w:p>
        </w:tc>
        <w:tc>
          <w:tcPr>
            <w:tcW w:w="2818" w:type="dxa"/>
            <w:shd w:val="clear" w:color="auto" w:fill="FFFFFF"/>
            <w:tcMar>
              <w:top w:w="35" w:type="dxa"/>
              <w:left w:w="35" w:type="dxa"/>
              <w:bottom w:w="35" w:type="dxa"/>
              <w:right w:w="35" w:type="dxa"/>
            </w:tcMar>
          </w:tcPr>
          <w:p w:rsidR="000040E7" w:rsidRDefault="00F27CD8">
            <w:r>
              <w:rPr>
                <w:b/>
                <w:color w:val="0F2942"/>
                <w:sz w:val="14"/>
              </w:rPr>
              <w:t>Administrasi Pajak Bumi dan Bangunan (PBB)</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Pemerintah Desa</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22.000.000,00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7360" w:type="dxa"/>
            <w:gridSpan w:val="7"/>
            <w:shd w:val="clear" w:color="auto" w:fill="E2E8F0"/>
            <w:tcMar>
              <w:top w:w="50" w:type="dxa"/>
              <w:left w:w="50" w:type="dxa"/>
              <w:bottom w:w="50" w:type="dxa"/>
              <w:right w:w="50" w:type="dxa"/>
            </w:tcMar>
          </w:tcPr>
          <w:p w:rsidR="000040E7" w:rsidRDefault="00F27CD8">
            <w:pPr>
              <w:jc w:val="right"/>
            </w:pPr>
            <w:r>
              <w:rPr>
                <w:b/>
                <w:color w:val="0F2942"/>
                <w:sz w:val="15"/>
              </w:rPr>
              <w:t>JUMLAH BIDANG PENYELENGGARAAN PEMERINTAHAN DESA:</w:t>
            </w:r>
          </w:p>
        </w:tc>
        <w:tc>
          <w:tcPr>
            <w:tcW w:w="1259" w:type="dxa"/>
            <w:shd w:val="clear" w:color="auto" w:fill="E2E8F0"/>
            <w:tcMar>
              <w:top w:w="50" w:type="dxa"/>
              <w:left w:w="50" w:type="dxa"/>
              <w:bottom w:w="50" w:type="dxa"/>
              <w:right w:w="50" w:type="dxa"/>
            </w:tcMar>
          </w:tcPr>
          <w:p w:rsidR="000040E7" w:rsidRDefault="00F27CD8">
            <w:pPr>
              <w:jc w:val="right"/>
            </w:pPr>
            <w:r>
              <w:rPr>
                <w:b/>
                <w:color w:val="0F2942"/>
                <w:sz w:val="16"/>
              </w:rPr>
              <w:t>2.216.000.000,00</w:t>
            </w:r>
          </w:p>
        </w:tc>
        <w:tc>
          <w:tcPr>
            <w:tcW w:w="1335" w:type="dxa"/>
            <w:gridSpan w:val="2"/>
            <w:shd w:val="clear" w:color="auto" w:fill="E2E8F0"/>
          </w:tcPr>
          <w:p w:rsidR="000040E7" w:rsidRDefault="000040E7"/>
        </w:tc>
      </w:tr>
      <w:tr w:rsidR="000040E7" w:rsidTr="003C569C">
        <w:trPr>
          <w:jc w:val="center"/>
        </w:trPr>
        <w:tc>
          <w:tcPr>
            <w:tcW w:w="9954" w:type="dxa"/>
            <w:gridSpan w:val="10"/>
            <w:shd w:val="clear" w:color="auto" w:fill="1B365D"/>
            <w:tcMar>
              <w:top w:w="70" w:type="dxa"/>
              <w:left w:w="70" w:type="dxa"/>
              <w:bottom w:w="70" w:type="dxa"/>
              <w:right w:w="70" w:type="dxa"/>
            </w:tcMar>
          </w:tcPr>
          <w:p w:rsidR="000040E7" w:rsidRDefault="00F27CD8">
            <w:r>
              <w:rPr>
                <w:b/>
                <w:color w:val="FFFFFF"/>
                <w:sz w:val="16"/>
              </w:rPr>
              <w:t>02  BIDANG PELAKSANAAN PEMBANGUNAN DESA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Sub Bidang Pendidikan</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02.01.01</w:t>
            </w:r>
          </w:p>
        </w:tc>
        <w:tc>
          <w:tcPr>
            <w:tcW w:w="2818" w:type="dxa"/>
            <w:shd w:val="clear" w:color="auto" w:fill="F8FAFC"/>
            <w:tcMar>
              <w:top w:w="35" w:type="dxa"/>
              <w:left w:w="35" w:type="dxa"/>
              <w:bottom w:w="35" w:type="dxa"/>
              <w:right w:w="35" w:type="dxa"/>
            </w:tcMar>
          </w:tcPr>
          <w:p w:rsidR="000040E7" w:rsidRDefault="00F27CD8">
            <w:r>
              <w:rPr>
                <w:b/>
                <w:color w:val="0F2942"/>
                <w:sz w:val="14"/>
              </w:rPr>
              <w:t>Penyelenggaraan PAUD/TK/TPA/TPQ/Madrasah NonFormal Milik Desa (Honor, Pakaian dll)</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Guru PAUD</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Kaur TU dan Umum</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33.000.000,00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02.01.02</w:t>
            </w:r>
          </w:p>
        </w:tc>
        <w:tc>
          <w:tcPr>
            <w:tcW w:w="2818" w:type="dxa"/>
            <w:shd w:val="clear" w:color="auto" w:fill="FFFFFF"/>
            <w:tcMar>
              <w:top w:w="35" w:type="dxa"/>
              <w:left w:w="35" w:type="dxa"/>
              <w:bottom w:w="35" w:type="dxa"/>
              <w:right w:w="35" w:type="dxa"/>
            </w:tcMar>
          </w:tcPr>
          <w:p w:rsidR="000040E7" w:rsidRDefault="00F27CD8">
            <w:r>
              <w:rPr>
                <w:b/>
                <w:color w:val="0F2942"/>
                <w:sz w:val="14"/>
              </w:rPr>
              <w:t>Dukungan Penyelenggaraan PAUD (APE, Sarana PAUD dst)</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PAUD</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Kaur TU dan Umum</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21.000.000,00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02.01.03</w:t>
            </w:r>
          </w:p>
        </w:tc>
        <w:tc>
          <w:tcPr>
            <w:tcW w:w="2818" w:type="dxa"/>
            <w:shd w:val="clear" w:color="auto" w:fill="F8FAFC"/>
            <w:tcMar>
              <w:top w:w="35" w:type="dxa"/>
              <w:left w:w="35" w:type="dxa"/>
              <w:bottom w:w="35" w:type="dxa"/>
              <w:right w:w="35" w:type="dxa"/>
            </w:tcMar>
          </w:tcPr>
          <w:p w:rsidR="000040E7" w:rsidRDefault="00F27CD8">
            <w:r>
              <w:rPr>
                <w:b/>
                <w:color w:val="0F2942"/>
                <w:sz w:val="14"/>
              </w:rPr>
              <w:t>Penyuluhan dan Pelatihan Pendidikan Bagi Masyarakat</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Kaur TU dan Umum</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65.000.000,00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02.01.04</w:t>
            </w:r>
          </w:p>
        </w:tc>
        <w:tc>
          <w:tcPr>
            <w:tcW w:w="2818" w:type="dxa"/>
            <w:shd w:val="clear" w:color="auto" w:fill="FFFFFF"/>
            <w:tcMar>
              <w:top w:w="35" w:type="dxa"/>
              <w:left w:w="35" w:type="dxa"/>
              <w:bottom w:w="35" w:type="dxa"/>
              <w:right w:w="35" w:type="dxa"/>
            </w:tcMar>
          </w:tcPr>
          <w:p w:rsidR="000040E7" w:rsidRDefault="00F27CD8">
            <w:r>
              <w:rPr>
                <w:b/>
                <w:color w:val="0F2942"/>
                <w:sz w:val="14"/>
              </w:rPr>
              <w:t>Pemeliharaan Sarana Prasarana Perpustakaan/Taman Bacaan/Sanggar Belajar Milik 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Pemerintah Desa</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45.000.000,00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02.01.05</w:t>
            </w:r>
          </w:p>
        </w:tc>
        <w:tc>
          <w:tcPr>
            <w:tcW w:w="2818" w:type="dxa"/>
            <w:shd w:val="clear" w:color="auto" w:fill="F8FAFC"/>
            <w:tcMar>
              <w:top w:w="35" w:type="dxa"/>
              <w:left w:w="35" w:type="dxa"/>
              <w:bottom w:w="35" w:type="dxa"/>
              <w:right w:w="35" w:type="dxa"/>
            </w:tcMar>
          </w:tcPr>
          <w:p w:rsidR="000040E7" w:rsidRDefault="00F27CD8">
            <w:r>
              <w:rPr>
                <w:b/>
                <w:color w:val="0F2942"/>
                <w:sz w:val="14"/>
              </w:rPr>
              <w:t>Pemeliharaan Sarana Prasarana PAUD/TK/TPA/TKA/TPQ/Madrasah Nonformal Milik Desa</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Masyarakat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350.000.000,00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02.01.06</w:t>
            </w:r>
          </w:p>
        </w:tc>
        <w:tc>
          <w:tcPr>
            <w:tcW w:w="2818" w:type="dxa"/>
            <w:shd w:val="clear" w:color="auto" w:fill="FFFFFF"/>
            <w:tcMar>
              <w:top w:w="35" w:type="dxa"/>
              <w:left w:w="35" w:type="dxa"/>
              <w:bottom w:w="35" w:type="dxa"/>
              <w:right w:w="35" w:type="dxa"/>
            </w:tcMar>
          </w:tcPr>
          <w:p w:rsidR="000040E7" w:rsidRDefault="00F27CD8">
            <w:r>
              <w:rPr>
                <w:b/>
                <w:color w:val="0F2942"/>
                <w:sz w:val="14"/>
              </w:rPr>
              <w:t>Pembangunan/Rehabilitasi/Peningkatan/Pengadaan Sarana/Prasarana/Alat Peraga PAUD/TK/TPA/TKA/TPQ</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100.000.000,00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02.01.07</w:t>
            </w:r>
          </w:p>
        </w:tc>
        <w:tc>
          <w:tcPr>
            <w:tcW w:w="2818" w:type="dxa"/>
            <w:shd w:val="clear" w:color="auto" w:fill="F8FAFC"/>
            <w:tcMar>
              <w:top w:w="35" w:type="dxa"/>
              <w:left w:w="35" w:type="dxa"/>
              <w:bottom w:w="35" w:type="dxa"/>
              <w:right w:w="35" w:type="dxa"/>
            </w:tcMar>
          </w:tcPr>
          <w:p w:rsidR="000040E7" w:rsidRDefault="00F27CD8">
            <w:r>
              <w:rPr>
                <w:b/>
                <w:color w:val="0F2942"/>
                <w:sz w:val="14"/>
              </w:rPr>
              <w:t>Pembangunan/Rehabilitasi/Peningkatan Sarana/Prasarana Perpustakaan/Taman Bacaan Desa/Sanggar Belajar</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98.000.000,00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02.01.08</w:t>
            </w:r>
          </w:p>
        </w:tc>
        <w:tc>
          <w:tcPr>
            <w:tcW w:w="2818" w:type="dxa"/>
            <w:shd w:val="clear" w:color="auto" w:fill="FFFFFF"/>
            <w:tcMar>
              <w:top w:w="35" w:type="dxa"/>
              <w:left w:w="35" w:type="dxa"/>
              <w:bottom w:w="35" w:type="dxa"/>
              <w:right w:w="35" w:type="dxa"/>
            </w:tcMar>
          </w:tcPr>
          <w:p w:rsidR="000040E7" w:rsidRDefault="00F27CD8">
            <w:r>
              <w:rPr>
                <w:b/>
                <w:color w:val="0F2942"/>
                <w:sz w:val="14"/>
              </w:rPr>
              <w:t>Pengelolaan Perpustakaan Milik Desa (Pengadaan Buku, Honor, Taman Baca)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Pengelola Perpustakaan</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6.000.000,00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02.01.09</w:t>
            </w:r>
          </w:p>
        </w:tc>
        <w:tc>
          <w:tcPr>
            <w:tcW w:w="2818" w:type="dxa"/>
            <w:shd w:val="clear" w:color="auto" w:fill="F8FAFC"/>
            <w:tcMar>
              <w:top w:w="35" w:type="dxa"/>
              <w:left w:w="35" w:type="dxa"/>
              <w:bottom w:w="35" w:type="dxa"/>
              <w:right w:w="35" w:type="dxa"/>
            </w:tcMar>
          </w:tcPr>
          <w:p w:rsidR="000040E7" w:rsidRDefault="00F27CD8">
            <w:r>
              <w:rPr>
                <w:b/>
                <w:color w:val="0F2942"/>
                <w:sz w:val="14"/>
              </w:rPr>
              <w:t>Dukungan Pendidikan bagi Siswa Miskin/Berprestasi</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Siswa Miskin Berprestasi</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Kaur TU dan Umum</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25.000.000,00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Kesehatan</w:t>
            </w:r>
            <w:proofErr w:type="spellEnd"/>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02.02.01</w:t>
            </w:r>
          </w:p>
        </w:tc>
        <w:tc>
          <w:tcPr>
            <w:tcW w:w="2818" w:type="dxa"/>
            <w:shd w:val="clear" w:color="auto" w:fill="FFFFFF"/>
            <w:tcMar>
              <w:top w:w="35" w:type="dxa"/>
              <w:left w:w="35" w:type="dxa"/>
              <w:bottom w:w="35" w:type="dxa"/>
              <w:right w:w="35" w:type="dxa"/>
            </w:tcMar>
          </w:tcPr>
          <w:p w:rsidR="000040E7" w:rsidRDefault="00F27CD8">
            <w:r>
              <w:rPr>
                <w:b/>
                <w:color w:val="0F2942"/>
                <w:sz w:val="14"/>
              </w:rPr>
              <w:t>Penyelenggaraan Pos Kesehatan Desa/Polindes Milik Desa (Obat, Insentif, KB dsb)</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Kader Kesehatan</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Kaur TU dan Umum</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12.000.000,00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02.02.02</w:t>
            </w:r>
          </w:p>
        </w:tc>
        <w:tc>
          <w:tcPr>
            <w:tcW w:w="2818" w:type="dxa"/>
            <w:shd w:val="clear" w:color="auto" w:fill="F8FAFC"/>
            <w:tcMar>
              <w:top w:w="35" w:type="dxa"/>
              <w:left w:w="35" w:type="dxa"/>
              <w:bottom w:w="35" w:type="dxa"/>
              <w:right w:w="35" w:type="dxa"/>
            </w:tcMar>
          </w:tcPr>
          <w:p w:rsidR="000040E7" w:rsidRDefault="00F27CD8">
            <w:r>
              <w:rPr>
                <w:b/>
                <w:color w:val="0F2942"/>
                <w:sz w:val="14"/>
              </w:rPr>
              <w:t xml:space="preserve">Penyelenggaraan Posyandu (Mkn </w:t>
            </w:r>
            <w:r>
              <w:rPr>
                <w:b/>
                <w:color w:val="0F2942"/>
                <w:sz w:val="14"/>
              </w:rPr>
              <w:lastRenderedPageBreak/>
              <w:t>Tambahan, Kls Bumil, Lansia, Insentif)</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lastRenderedPageBreak/>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 xml:space="preserve">Kader </w:t>
            </w:r>
            <w:r>
              <w:rPr>
                <w:color w:val="334155"/>
                <w:sz w:val="14"/>
              </w:rPr>
              <w:lastRenderedPageBreak/>
              <w:t>Posyandu</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lastRenderedPageBreak/>
              <w:t>12 Bln</w:t>
            </w:r>
          </w:p>
        </w:tc>
        <w:tc>
          <w:tcPr>
            <w:tcW w:w="990" w:type="dxa"/>
            <w:shd w:val="clear" w:color="auto" w:fill="F8FAFC"/>
            <w:tcMar>
              <w:top w:w="35" w:type="dxa"/>
              <w:left w:w="35" w:type="dxa"/>
              <w:bottom w:w="35" w:type="dxa"/>
              <w:right w:w="35" w:type="dxa"/>
            </w:tcMar>
          </w:tcPr>
          <w:p w:rsidR="000040E7" w:rsidRDefault="00F27CD8">
            <w:r>
              <w:rPr>
                <w:color w:val="0F2942"/>
                <w:sz w:val="14"/>
              </w:rPr>
              <w:t xml:space="preserve">Kaur TU dan </w:t>
            </w:r>
            <w:r>
              <w:rPr>
                <w:color w:val="0F2942"/>
                <w:sz w:val="14"/>
              </w:rPr>
              <w:lastRenderedPageBreak/>
              <w:t>Umum</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lastRenderedPageBreak/>
              <w:t>230.000.000,00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w:t>
            </w:r>
            <w:r>
              <w:rPr>
                <w:color w:val="475569"/>
                <w:sz w:val="13"/>
              </w:rPr>
              <w:lastRenderedPageBreak/>
              <w:t>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lastRenderedPageBreak/>
              <w:t>02.02.03</w:t>
            </w:r>
          </w:p>
        </w:tc>
        <w:tc>
          <w:tcPr>
            <w:tcW w:w="2818" w:type="dxa"/>
            <w:shd w:val="clear" w:color="auto" w:fill="FFFFFF"/>
            <w:tcMar>
              <w:top w:w="35" w:type="dxa"/>
              <w:left w:w="35" w:type="dxa"/>
              <w:bottom w:w="35" w:type="dxa"/>
              <w:right w:w="35" w:type="dxa"/>
            </w:tcMar>
          </w:tcPr>
          <w:p w:rsidR="000040E7" w:rsidRDefault="00F27CD8">
            <w:r>
              <w:rPr>
                <w:b/>
                <w:color w:val="0F2942"/>
                <w:sz w:val="14"/>
              </w:rPr>
              <w:t>Penyuluhan dan Pelatihan Bidang Kesehatan (Untuk Masy, Tenaga dan Kader Kesehatan dll)</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 &amp; Kader</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Kaur TU dan Umum</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15.000.000,00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02.02.04</w:t>
            </w:r>
          </w:p>
        </w:tc>
        <w:tc>
          <w:tcPr>
            <w:tcW w:w="2818" w:type="dxa"/>
            <w:shd w:val="clear" w:color="auto" w:fill="F8FAFC"/>
            <w:tcMar>
              <w:top w:w="35" w:type="dxa"/>
              <w:left w:w="35" w:type="dxa"/>
              <w:bottom w:w="35" w:type="dxa"/>
              <w:right w:w="35" w:type="dxa"/>
            </w:tcMar>
          </w:tcPr>
          <w:p w:rsidR="000040E7" w:rsidRDefault="00F27CD8">
            <w:r>
              <w:rPr>
                <w:b/>
                <w:color w:val="0F2942"/>
                <w:sz w:val="14"/>
              </w:rPr>
              <w:t>Penyelenggaraan Desa Siaga Kesehatan</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LINMAS</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Kaur TU dan Umum</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12.000.000,00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02.02.05</w:t>
            </w:r>
          </w:p>
        </w:tc>
        <w:tc>
          <w:tcPr>
            <w:tcW w:w="2818" w:type="dxa"/>
            <w:shd w:val="clear" w:color="auto" w:fill="FFFFFF"/>
            <w:tcMar>
              <w:top w:w="35" w:type="dxa"/>
              <w:left w:w="35" w:type="dxa"/>
              <w:bottom w:w="35" w:type="dxa"/>
              <w:right w:w="35" w:type="dxa"/>
            </w:tcMar>
          </w:tcPr>
          <w:p w:rsidR="000040E7" w:rsidRDefault="00F27CD8">
            <w:r>
              <w:rPr>
                <w:b/>
                <w:color w:val="0F2942"/>
                <w:sz w:val="14"/>
              </w:rPr>
              <w:t>Pengasuhan Bersama atau Bina Keluarga Balita (BKB)</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Kader BKB</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Kaur TU dan Umum</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12.000.000,00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02.02.06</w:t>
            </w:r>
          </w:p>
        </w:tc>
        <w:tc>
          <w:tcPr>
            <w:tcW w:w="2818" w:type="dxa"/>
            <w:shd w:val="clear" w:color="auto" w:fill="F8FAFC"/>
            <w:tcMar>
              <w:top w:w="35" w:type="dxa"/>
              <w:left w:w="35" w:type="dxa"/>
              <w:bottom w:w="35" w:type="dxa"/>
              <w:right w:w="35" w:type="dxa"/>
            </w:tcMar>
          </w:tcPr>
          <w:p w:rsidR="000040E7" w:rsidRDefault="00F27CD8">
            <w:r>
              <w:rPr>
                <w:b/>
                <w:color w:val="0F2942"/>
                <w:sz w:val="14"/>
              </w:rPr>
              <w:t>Pemeliharaan Sarana Prasarana Posyandu/Polindes/PKD</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Kaur TU dan Umum</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25.000.000,00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02.02.07</w:t>
            </w:r>
          </w:p>
        </w:tc>
        <w:tc>
          <w:tcPr>
            <w:tcW w:w="2818" w:type="dxa"/>
            <w:shd w:val="clear" w:color="auto" w:fill="FFFFFF"/>
            <w:tcMar>
              <w:top w:w="35" w:type="dxa"/>
              <w:left w:w="35" w:type="dxa"/>
              <w:bottom w:w="35" w:type="dxa"/>
              <w:right w:w="35" w:type="dxa"/>
            </w:tcMar>
          </w:tcPr>
          <w:p w:rsidR="000040E7" w:rsidRDefault="00F27CD8">
            <w:r>
              <w:rPr>
                <w:b/>
                <w:color w:val="0F2942"/>
                <w:sz w:val="14"/>
              </w:rPr>
              <w:t>Pembangunan/Rehabilitasi/Peningkatan/Pengadaan Sarana/Prasarana Posyandu/Polindes/PKD **)</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Kaur TU dan Umum</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150.000.000,00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02.02.08</w:t>
            </w:r>
          </w:p>
        </w:tc>
        <w:tc>
          <w:tcPr>
            <w:tcW w:w="2818" w:type="dxa"/>
            <w:shd w:val="clear" w:color="auto" w:fill="F8FAFC"/>
            <w:tcMar>
              <w:top w:w="35" w:type="dxa"/>
              <w:left w:w="35" w:type="dxa"/>
              <w:bottom w:w="35" w:type="dxa"/>
              <w:right w:w="35" w:type="dxa"/>
            </w:tcMar>
          </w:tcPr>
          <w:p w:rsidR="000040E7" w:rsidRDefault="00F27CD8">
            <w:r>
              <w:rPr>
                <w:b/>
                <w:color w:val="0F2942"/>
                <w:sz w:val="14"/>
              </w:rPr>
              <w:t>Penyediaan Insentif Kader Pembangunan Manusia (KPM)</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KPM</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Kaur TU dan Umum</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18.000.000,00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Pekerjaan</w:t>
            </w:r>
            <w:proofErr w:type="spellEnd"/>
            <w:r>
              <w:rPr>
                <w:b/>
                <w:color w:val="005B96"/>
                <w:sz w:val="15"/>
              </w:rPr>
              <w:t xml:space="preserve"> </w:t>
            </w:r>
            <w:proofErr w:type="spellStart"/>
            <w:r>
              <w:rPr>
                <w:b/>
                <w:color w:val="005B96"/>
                <w:sz w:val="15"/>
              </w:rPr>
              <w:t>Umum</w:t>
            </w:r>
            <w:proofErr w:type="spellEnd"/>
            <w:r>
              <w:rPr>
                <w:b/>
                <w:color w:val="005B96"/>
                <w:sz w:val="15"/>
              </w:rPr>
              <w:t xml:space="preserve"> </w:t>
            </w:r>
            <w:proofErr w:type="spellStart"/>
            <w:r>
              <w:rPr>
                <w:b/>
                <w:color w:val="005B96"/>
                <w:sz w:val="15"/>
              </w:rPr>
              <w:t>dan</w:t>
            </w:r>
            <w:proofErr w:type="spellEnd"/>
            <w:r>
              <w:rPr>
                <w:b/>
                <w:color w:val="005B96"/>
                <w:sz w:val="15"/>
              </w:rPr>
              <w:t xml:space="preserve"> Penataan Ruang</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02.03.01</w:t>
            </w:r>
          </w:p>
        </w:tc>
        <w:tc>
          <w:tcPr>
            <w:tcW w:w="2818" w:type="dxa"/>
            <w:shd w:val="clear" w:color="auto" w:fill="FFFFFF"/>
            <w:tcMar>
              <w:top w:w="35" w:type="dxa"/>
              <w:left w:w="35" w:type="dxa"/>
              <w:bottom w:w="35" w:type="dxa"/>
              <w:right w:w="35" w:type="dxa"/>
            </w:tcMar>
          </w:tcPr>
          <w:p w:rsidR="000040E7" w:rsidRDefault="00F27CD8">
            <w:r>
              <w:rPr>
                <w:b/>
                <w:color w:val="0F2942"/>
                <w:sz w:val="14"/>
              </w:rPr>
              <w:t>Pemeliharaan Jalan 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55.000.000,00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02.03.02</w:t>
            </w:r>
          </w:p>
        </w:tc>
        <w:tc>
          <w:tcPr>
            <w:tcW w:w="2818" w:type="dxa"/>
            <w:shd w:val="clear" w:color="auto" w:fill="F8FAFC"/>
            <w:tcMar>
              <w:top w:w="35" w:type="dxa"/>
              <w:left w:w="35" w:type="dxa"/>
              <w:bottom w:w="35" w:type="dxa"/>
              <w:right w:w="35" w:type="dxa"/>
            </w:tcMar>
          </w:tcPr>
          <w:p w:rsidR="000040E7" w:rsidRDefault="00F27CD8">
            <w:r>
              <w:rPr>
                <w:b/>
                <w:color w:val="0F2942"/>
                <w:sz w:val="14"/>
              </w:rPr>
              <w:t>Pemeliharaan Jalan Lingkungan Pemukiman/Gang</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55.000.000,00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02.03.03</w:t>
            </w:r>
          </w:p>
        </w:tc>
        <w:tc>
          <w:tcPr>
            <w:tcW w:w="2818" w:type="dxa"/>
            <w:shd w:val="clear" w:color="auto" w:fill="FFFFFF"/>
            <w:tcMar>
              <w:top w:w="35" w:type="dxa"/>
              <w:left w:w="35" w:type="dxa"/>
              <w:bottom w:w="35" w:type="dxa"/>
              <w:right w:w="35" w:type="dxa"/>
            </w:tcMar>
          </w:tcPr>
          <w:p w:rsidR="000040E7" w:rsidRDefault="00F27CD8">
            <w:r>
              <w:rPr>
                <w:b/>
                <w:color w:val="0F2942"/>
                <w:sz w:val="14"/>
              </w:rPr>
              <w:t>Pemeliharaan Jalan Usaha Tani</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50.000.000,00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02.03.04</w:t>
            </w:r>
          </w:p>
        </w:tc>
        <w:tc>
          <w:tcPr>
            <w:tcW w:w="2818" w:type="dxa"/>
            <w:shd w:val="clear" w:color="auto" w:fill="F8FAFC"/>
            <w:tcMar>
              <w:top w:w="35" w:type="dxa"/>
              <w:left w:w="35" w:type="dxa"/>
              <w:bottom w:w="35" w:type="dxa"/>
              <w:right w:w="35" w:type="dxa"/>
            </w:tcMar>
          </w:tcPr>
          <w:p w:rsidR="000040E7" w:rsidRDefault="00F27CD8">
            <w:r>
              <w:rPr>
                <w:b/>
                <w:color w:val="0F2942"/>
                <w:sz w:val="14"/>
              </w:rPr>
              <w:t>Pemeliharaan Prasarana Jalan Desa (Gorong-gorong/Selokan/Parit/Drainase dll)</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50.000.000,00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02.03.05</w:t>
            </w:r>
          </w:p>
        </w:tc>
        <w:tc>
          <w:tcPr>
            <w:tcW w:w="2818" w:type="dxa"/>
            <w:shd w:val="clear" w:color="auto" w:fill="FFFFFF"/>
            <w:tcMar>
              <w:top w:w="35" w:type="dxa"/>
              <w:left w:w="35" w:type="dxa"/>
              <w:bottom w:w="35" w:type="dxa"/>
              <w:right w:w="35" w:type="dxa"/>
            </w:tcMar>
          </w:tcPr>
          <w:p w:rsidR="000040E7" w:rsidRDefault="00F27CD8">
            <w:r>
              <w:rPr>
                <w:b/>
                <w:color w:val="0F2942"/>
                <w:sz w:val="14"/>
              </w:rPr>
              <w:t>Pemeliharaan Gedung/Prasarana Balai Desa/Balai Kemasyarakatan</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55.000.000,00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02.03.06</w:t>
            </w:r>
          </w:p>
        </w:tc>
        <w:tc>
          <w:tcPr>
            <w:tcW w:w="2818" w:type="dxa"/>
            <w:shd w:val="clear" w:color="auto" w:fill="F8FAFC"/>
            <w:tcMar>
              <w:top w:w="35" w:type="dxa"/>
              <w:left w:w="35" w:type="dxa"/>
              <w:bottom w:w="35" w:type="dxa"/>
              <w:right w:w="35" w:type="dxa"/>
            </w:tcMar>
          </w:tcPr>
          <w:p w:rsidR="000040E7" w:rsidRDefault="00F27CD8">
            <w:r>
              <w:rPr>
                <w:b/>
                <w:color w:val="0F2942"/>
                <w:sz w:val="14"/>
              </w:rPr>
              <w:t>Pembangunan/Rehabilitas/Peningkatan/Pengerasan Jalan Desa **)</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37.000.000,00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02.03.07</w:t>
            </w:r>
          </w:p>
        </w:tc>
        <w:tc>
          <w:tcPr>
            <w:tcW w:w="2818" w:type="dxa"/>
            <w:shd w:val="clear" w:color="auto" w:fill="FFFFFF"/>
            <w:tcMar>
              <w:top w:w="35" w:type="dxa"/>
              <w:left w:w="35" w:type="dxa"/>
              <w:bottom w:w="35" w:type="dxa"/>
              <w:right w:w="35" w:type="dxa"/>
            </w:tcMar>
          </w:tcPr>
          <w:p w:rsidR="000040E7" w:rsidRDefault="00F27CD8">
            <w:r>
              <w:rPr>
                <w:b/>
                <w:color w:val="0F2942"/>
                <w:sz w:val="14"/>
              </w:rPr>
              <w:t>Pembangunan/Rehabilitasi/Peningkatan/Pengerasan Jalan Lingkungan Permukiman **)</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34.000.000,00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02.03.08</w:t>
            </w:r>
          </w:p>
        </w:tc>
        <w:tc>
          <w:tcPr>
            <w:tcW w:w="2818" w:type="dxa"/>
            <w:shd w:val="clear" w:color="auto" w:fill="F8FAFC"/>
            <w:tcMar>
              <w:top w:w="35" w:type="dxa"/>
              <w:left w:w="35" w:type="dxa"/>
              <w:bottom w:w="35" w:type="dxa"/>
              <w:right w:w="35" w:type="dxa"/>
            </w:tcMar>
          </w:tcPr>
          <w:p w:rsidR="000040E7" w:rsidRDefault="00F27CD8">
            <w:r>
              <w:rPr>
                <w:b/>
                <w:color w:val="0F2942"/>
                <w:sz w:val="14"/>
              </w:rPr>
              <w:t>Pembangunan/Rehabilitasi/Peningkatan/Pengerasan Jalan Usaha Tani **)</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230.000.000,00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02.03.09</w:t>
            </w:r>
          </w:p>
        </w:tc>
        <w:tc>
          <w:tcPr>
            <w:tcW w:w="2818" w:type="dxa"/>
            <w:shd w:val="clear" w:color="auto" w:fill="FFFFFF"/>
            <w:tcMar>
              <w:top w:w="35" w:type="dxa"/>
              <w:left w:w="35" w:type="dxa"/>
              <w:bottom w:w="35" w:type="dxa"/>
              <w:right w:w="35" w:type="dxa"/>
            </w:tcMar>
          </w:tcPr>
          <w:p w:rsidR="000040E7" w:rsidRDefault="00F27CD8">
            <w:r>
              <w:rPr>
                <w:b/>
                <w:color w:val="0F2942"/>
                <w:sz w:val="14"/>
              </w:rPr>
              <w:t>Pembangunan/Rehabilitasi/Peningkatan Prasarana Jalan Desa (Gorong, Selokan dll)</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320.000.000,00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02.03.10</w:t>
            </w:r>
          </w:p>
        </w:tc>
        <w:tc>
          <w:tcPr>
            <w:tcW w:w="2818" w:type="dxa"/>
            <w:shd w:val="clear" w:color="auto" w:fill="F8FAFC"/>
            <w:tcMar>
              <w:top w:w="35" w:type="dxa"/>
              <w:left w:w="35" w:type="dxa"/>
              <w:bottom w:w="35" w:type="dxa"/>
              <w:right w:w="35" w:type="dxa"/>
            </w:tcMar>
          </w:tcPr>
          <w:p w:rsidR="000040E7" w:rsidRDefault="00F27CD8">
            <w:r>
              <w:rPr>
                <w:b/>
                <w:color w:val="0F2942"/>
                <w:sz w:val="14"/>
              </w:rPr>
              <w:t>Pembangunan/Rehabilitasi/Peningkatan Balai Desa/Balai Kemasyarakatan **)</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250.000.000,00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02.03.11</w:t>
            </w:r>
          </w:p>
        </w:tc>
        <w:tc>
          <w:tcPr>
            <w:tcW w:w="2818" w:type="dxa"/>
            <w:shd w:val="clear" w:color="auto" w:fill="FFFFFF"/>
            <w:tcMar>
              <w:top w:w="35" w:type="dxa"/>
              <w:left w:w="35" w:type="dxa"/>
              <w:bottom w:w="35" w:type="dxa"/>
              <w:right w:w="35" w:type="dxa"/>
            </w:tcMar>
          </w:tcPr>
          <w:p w:rsidR="000040E7" w:rsidRDefault="00F27CD8">
            <w:r>
              <w:rPr>
                <w:b/>
                <w:color w:val="0F2942"/>
                <w:sz w:val="14"/>
              </w:rPr>
              <w:t>Pembuatan/Pemutakhiran Peta Wilayah dan Sosial Desa **)</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5B4179">
            <w:pPr>
              <w:jc w:val="right"/>
            </w:pPr>
            <w:r>
              <w:rPr>
                <w:b/>
                <w:color w:val="0F2942"/>
                <w:sz w:val="14"/>
              </w:rPr>
              <w:t>3</w:t>
            </w:r>
            <w:r w:rsidR="00F27CD8">
              <w:rPr>
                <w:b/>
                <w:color w:val="0F2942"/>
                <w:sz w:val="14"/>
              </w:rPr>
              <w:t>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lastRenderedPageBreak/>
              <w:t>02.03.12</w:t>
            </w:r>
          </w:p>
        </w:tc>
        <w:tc>
          <w:tcPr>
            <w:tcW w:w="2818" w:type="dxa"/>
            <w:shd w:val="clear" w:color="auto" w:fill="F8FAFC"/>
            <w:tcMar>
              <w:top w:w="35" w:type="dxa"/>
              <w:left w:w="35" w:type="dxa"/>
              <w:bottom w:w="35" w:type="dxa"/>
              <w:right w:w="35" w:type="dxa"/>
            </w:tcMar>
          </w:tcPr>
          <w:p w:rsidR="000040E7" w:rsidRDefault="00F27CD8">
            <w:r>
              <w:rPr>
                <w:b/>
                <w:color w:val="0F2942"/>
                <w:sz w:val="14"/>
              </w:rPr>
              <w:t>Penyusunan Dokumen Perencanaan Tata Ruang Desa</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Kawasan</w:t>
            </w:r>
            <w:proofErr w:type="spellEnd"/>
            <w:r>
              <w:rPr>
                <w:b/>
                <w:color w:val="005B96"/>
                <w:sz w:val="15"/>
              </w:rPr>
              <w:t xml:space="preserve"> </w:t>
            </w:r>
            <w:proofErr w:type="spellStart"/>
            <w:r>
              <w:rPr>
                <w:b/>
                <w:color w:val="005B96"/>
                <w:sz w:val="15"/>
              </w:rPr>
              <w:t>Pemukiman</w:t>
            </w:r>
            <w:proofErr w:type="spellEnd"/>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02.04.01</w:t>
            </w:r>
          </w:p>
        </w:tc>
        <w:tc>
          <w:tcPr>
            <w:tcW w:w="2818" w:type="dxa"/>
            <w:shd w:val="clear" w:color="auto" w:fill="FFFFFF"/>
            <w:tcMar>
              <w:top w:w="35" w:type="dxa"/>
              <w:left w:w="35" w:type="dxa"/>
              <w:bottom w:w="35" w:type="dxa"/>
              <w:right w:w="35" w:type="dxa"/>
            </w:tcMar>
          </w:tcPr>
          <w:p w:rsidR="000040E7" w:rsidRDefault="00F27CD8">
            <w:r>
              <w:rPr>
                <w:b/>
                <w:color w:val="0F2942"/>
                <w:sz w:val="14"/>
              </w:rPr>
              <w:t>Pembangunan/Rehabilitasi/Peningkatan/Pemeliharaan Tembok Penahan Tanah (TPT)/Turap</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3 Bln</w:t>
            </w:r>
          </w:p>
        </w:tc>
        <w:tc>
          <w:tcPr>
            <w:tcW w:w="990" w:type="dxa"/>
            <w:shd w:val="clear" w:color="auto" w:fill="FFFFFF"/>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55.000.000,00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02.04.02</w:t>
            </w:r>
          </w:p>
        </w:tc>
        <w:tc>
          <w:tcPr>
            <w:tcW w:w="2818" w:type="dxa"/>
            <w:shd w:val="clear" w:color="auto" w:fill="F8FAFC"/>
            <w:tcMar>
              <w:top w:w="35" w:type="dxa"/>
              <w:left w:w="35" w:type="dxa"/>
              <w:bottom w:w="35" w:type="dxa"/>
              <w:right w:w="35" w:type="dxa"/>
            </w:tcMar>
          </w:tcPr>
          <w:p w:rsidR="000040E7" w:rsidRDefault="00F27CD8">
            <w:r>
              <w:rPr>
                <w:b/>
                <w:color w:val="0F2942"/>
                <w:sz w:val="14"/>
              </w:rPr>
              <w:t>Dukungan Pelaksanaan Program Pembangunan/Rehab Rumah Tidak Layak Huni GAKIN</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 Miskin</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80.000.000,00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02.04.03</w:t>
            </w:r>
          </w:p>
        </w:tc>
        <w:tc>
          <w:tcPr>
            <w:tcW w:w="2818" w:type="dxa"/>
            <w:shd w:val="clear" w:color="auto" w:fill="FFFFFF"/>
            <w:tcMar>
              <w:top w:w="35" w:type="dxa"/>
              <w:left w:w="35" w:type="dxa"/>
              <w:bottom w:w="35" w:type="dxa"/>
              <w:right w:w="35" w:type="dxa"/>
            </w:tcMar>
          </w:tcPr>
          <w:p w:rsidR="000040E7" w:rsidRDefault="00F27CD8">
            <w:r>
              <w:rPr>
                <w:b/>
                <w:color w:val="0F2942"/>
                <w:sz w:val="14"/>
              </w:rPr>
              <w:t>Pemeliharaan Fasilitas Jamban Umum/MCK Umum dll</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Lansia &amp; Stunting</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120.000.000,00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02.04.04</w:t>
            </w:r>
          </w:p>
        </w:tc>
        <w:tc>
          <w:tcPr>
            <w:tcW w:w="2818" w:type="dxa"/>
            <w:shd w:val="clear" w:color="auto" w:fill="F8FAFC"/>
            <w:tcMar>
              <w:top w:w="35" w:type="dxa"/>
              <w:left w:w="35" w:type="dxa"/>
              <w:bottom w:w="35" w:type="dxa"/>
              <w:right w:w="35" w:type="dxa"/>
            </w:tcMar>
          </w:tcPr>
          <w:p w:rsidR="000040E7" w:rsidRDefault="00F27CD8">
            <w:r>
              <w:rPr>
                <w:b/>
                <w:color w:val="0F2942"/>
                <w:sz w:val="14"/>
              </w:rPr>
              <w:t>Pemeliharaan Fasilitas Pengelolaan Sampah Desa (Penampungan, Bank Sampah, dll)</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38.000.000,00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02.04.05</w:t>
            </w:r>
          </w:p>
        </w:tc>
        <w:tc>
          <w:tcPr>
            <w:tcW w:w="2818" w:type="dxa"/>
            <w:shd w:val="clear" w:color="auto" w:fill="FFFFFF"/>
            <w:tcMar>
              <w:top w:w="35" w:type="dxa"/>
              <w:left w:w="35" w:type="dxa"/>
              <w:bottom w:w="35" w:type="dxa"/>
              <w:right w:w="35" w:type="dxa"/>
            </w:tcMar>
          </w:tcPr>
          <w:p w:rsidR="000040E7" w:rsidRDefault="00F27CD8">
            <w:r>
              <w:rPr>
                <w:b/>
                <w:color w:val="0F2942"/>
                <w:sz w:val="14"/>
              </w:rPr>
              <w:t>Pemeliharaan Sistem Pembuangan Air Limbah (Drainase, Air Limbah Rumah Tangga)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135.000.000,00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02.04.06</w:t>
            </w:r>
          </w:p>
        </w:tc>
        <w:tc>
          <w:tcPr>
            <w:tcW w:w="2818" w:type="dxa"/>
            <w:shd w:val="clear" w:color="auto" w:fill="F8FAFC"/>
            <w:tcMar>
              <w:top w:w="35" w:type="dxa"/>
              <w:left w:w="35" w:type="dxa"/>
              <w:bottom w:w="35" w:type="dxa"/>
              <w:right w:w="35" w:type="dxa"/>
            </w:tcMar>
          </w:tcPr>
          <w:p w:rsidR="000040E7" w:rsidRDefault="00F27CD8">
            <w:r>
              <w:rPr>
                <w:b/>
                <w:color w:val="0F2942"/>
                <w:sz w:val="14"/>
              </w:rPr>
              <w:t>Pemeliharaan Taman/Taman Bermain Anak Milik Desa</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55.000.000,00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02.04.07</w:t>
            </w:r>
          </w:p>
        </w:tc>
        <w:tc>
          <w:tcPr>
            <w:tcW w:w="2818" w:type="dxa"/>
            <w:shd w:val="clear" w:color="auto" w:fill="FFFFFF"/>
            <w:tcMar>
              <w:top w:w="35" w:type="dxa"/>
              <w:left w:w="35" w:type="dxa"/>
              <w:bottom w:w="35" w:type="dxa"/>
              <w:right w:w="35" w:type="dxa"/>
            </w:tcMar>
          </w:tcPr>
          <w:p w:rsidR="000040E7" w:rsidRDefault="00F27CD8">
            <w:r>
              <w:rPr>
                <w:b/>
                <w:color w:val="0F2942"/>
                <w:sz w:val="14"/>
              </w:rPr>
              <w:t>Pembangunan/Rehabilitasi/Peningkatan Sumber Air Bersih Milik Desa **)</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Bulan</w:t>
            </w:r>
          </w:p>
        </w:tc>
        <w:tc>
          <w:tcPr>
            <w:tcW w:w="990" w:type="dxa"/>
            <w:shd w:val="clear" w:color="auto" w:fill="FFFFFF"/>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30.000.000,00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02.04.08</w:t>
            </w:r>
          </w:p>
        </w:tc>
        <w:tc>
          <w:tcPr>
            <w:tcW w:w="2818" w:type="dxa"/>
            <w:shd w:val="clear" w:color="auto" w:fill="F8FAFC"/>
            <w:tcMar>
              <w:top w:w="35" w:type="dxa"/>
              <w:left w:w="35" w:type="dxa"/>
              <w:bottom w:w="35" w:type="dxa"/>
              <w:right w:w="35" w:type="dxa"/>
            </w:tcMar>
          </w:tcPr>
          <w:p w:rsidR="000040E7" w:rsidRDefault="00F27CD8">
            <w:r>
              <w:rPr>
                <w:b/>
                <w:color w:val="0F2942"/>
                <w:sz w:val="14"/>
              </w:rPr>
              <w:t>Pembangunan/Rehabilitas/Peningkatan Fasilitas Jamban Umum/MCK Umum, dll **)</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120.000.000,00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02.04.09</w:t>
            </w:r>
          </w:p>
        </w:tc>
        <w:tc>
          <w:tcPr>
            <w:tcW w:w="2818" w:type="dxa"/>
            <w:shd w:val="clear" w:color="auto" w:fill="FFFFFF"/>
            <w:tcMar>
              <w:top w:w="35" w:type="dxa"/>
              <w:left w:w="35" w:type="dxa"/>
              <w:bottom w:w="35" w:type="dxa"/>
              <w:right w:w="35" w:type="dxa"/>
            </w:tcMar>
          </w:tcPr>
          <w:p w:rsidR="000040E7" w:rsidRDefault="00F27CD8">
            <w:r>
              <w:rPr>
                <w:b/>
                <w:color w:val="0F2942"/>
                <w:sz w:val="14"/>
              </w:rPr>
              <w:t>Pembangunan/Rehabilitasi/Peningkatan Fasilitas Pengelolaan Sampah **)</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58.000.000,00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02.04.10</w:t>
            </w:r>
          </w:p>
        </w:tc>
        <w:tc>
          <w:tcPr>
            <w:tcW w:w="2818" w:type="dxa"/>
            <w:shd w:val="clear" w:color="auto" w:fill="F8FAFC"/>
            <w:tcMar>
              <w:top w:w="35" w:type="dxa"/>
              <w:left w:w="35" w:type="dxa"/>
              <w:bottom w:w="35" w:type="dxa"/>
              <w:right w:w="35" w:type="dxa"/>
            </w:tcMar>
          </w:tcPr>
          <w:p w:rsidR="000040E7" w:rsidRDefault="00F27CD8">
            <w:r>
              <w:rPr>
                <w:b/>
                <w:color w:val="0F2942"/>
                <w:sz w:val="14"/>
              </w:rPr>
              <w:t>Pembangunan/Rehabilitasi/Peningkatan Sistem Pembuangan Air Limbah **)</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155.000.000,00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02.04.11</w:t>
            </w:r>
          </w:p>
        </w:tc>
        <w:tc>
          <w:tcPr>
            <w:tcW w:w="2818" w:type="dxa"/>
            <w:shd w:val="clear" w:color="auto" w:fill="FFFFFF"/>
            <w:tcMar>
              <w:top w:w="35" w:type="dxa"/>
              <w:left w:w="35" w:type="dxa"/>
              <w:bottom w:w="35" w:type="dxa"/>
              <w:right w:w="35" w:type="dxa"/>
            </w:tcMar>
          </w:tcPr>
          <w:p w:rsidR="000040E7" w:rsidRDefault="00F27CD8">
            <w:r>
              <w:rPr>
                <w:b/>
                <w:color w:val="0F2942"/>
                <w:sz w:val="14"/>
              </w:rPr>
              <w:t>Pembangunan/Rehabilitasi/Peningkatan Taman/Taman Bermain Anak Milik Desa **)</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230.000.000,00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02.04.12</w:t>
            </w:r>
          </w:p>
        </w:tc>
        <w:tc>
          <w:tcPr>
            <w:tcW w:w="2818" w:type="dxa"/>
            <w:shd w:val="clear" w:color="auto" w:fill="F8FAFC"/>
            <w:tcMar>
              <w:top w:w="35" w:type="dxa"/>
              <w:left w:w="35" w:type="dxa"/>
              <w:bottom w:w="35" w:type="dxa"/>
              <w:right w:w="35" w:type="dxa"/>
            </w:tcMar>
          </w:tcPr>
          <w:p w:rsidR="000040E7" w:rsidRDefault="00F27CD8">
            <w:r>
              <w:rPr>
                <w:b/>
                <w:color w:val="0F2942"/>
                <w:sz w:val="14"/>
              </w:rPr>
              <w:t>Pengadaan Gerobak/Kendaraan Pengangkut Sampah</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Unit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3 Bulan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65.000.000,00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Kehutanan</w:t>
            </w:r>
            <w:proofErr w:type="spellEnd"/>
            <w:r>
              <w:rPr>
                <w:b/>
                <w:color w:val="005B96"/>
                <w:sz w:val="15"/>
              </w:rPr>
              <w:t xml:space="preserve"> </w:t>
            </w:r>
            <w:proofErr w:type="spellStart"/>
            <w:r>
              <w:rPr>
                <w:b/>
                <w:color w:val="005B96"/>
                <w:sz w:val="15"/>
              </w:rPr>
              <w:t>dan</w:t>
            </w:r>
            <w:proofErr w:type="spellEnd"/>
            <w:r>
              <w:rPr>
                <w:b/>
                <w:color w:val="005B96"/>
                <w:sz w:val="15"/>
              </w:rPr>
              <w:t xml:space="preserve"> </w:t>
            </w:r>
            <w:proofErr w:type="spellStart"/>
            <w:r>
              <w:rPr>
                <w:b/>
                <w:color w:val="005B96"/>
                <w:sz w:val="15"/>
              </w:rPr>
              <w:t>Lingkungan</w:t>
            </w:r>
            <w:proofErr w:type="spellEnd"/>
            <w:r>
              <w:rPr>
                <w:b/>
                <w:color w:val="005B96"/>
                <w:sz w:val="15"/>
              </w:rPr>
              <w:t xml:space="preserve"> Hidup</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02.05.01</w:t>
            </w:r>
          </w:p>
        </w:tc>
        <w:tc>
          <w:tcPr>
            <w:tcW w:w="2818" w:type="dxa"/>
            <w:shd w:val="clear" w:color="auto" w:fill="FFFFFF"/>
            <w:tcMar>
              <w:top w:w="35" w:type="dxa"/>
              <w:left w:w="35" w:type="dxa"/>
              <w:bottom w:w="35" w:type="dxa"/>
              <w:right w:w="35" w:type="dxa"/>
            </w:tcMar>
          </w:tcPr>
          <w:p w:rsidR="000040E7" w:rsidRDefault="00F27CD8">
            <w:r>
              <w:rPr>
                <w:b/>
                <w:color w:val="0F2942"/>
                <w:sz w:val="14"/>
              </w:rPr>
              <w:t>Pelatihan/Sosialisasi/Penyuluhan/Penyadaran tentang LH dan Kehutanan **)</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Keg</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3 Bulan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15.000.000,00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02.05.02</w:t>
            </w:r>
          </w:p>
        </w:tc>
        <w:tc>
          <w:tcPr>
            <w:tcW w:w="2818" w:type="dxa"/>
            <w:shd w:val="clear" w:color="auto" w:fill="F8FAFC"/>
            <w:tcMar>
              <w:top w:w="35" w:type="dxa"/>
              <w:left w:w="35" w:type="dxa"/>
              <w:bottom w:w="35" w:type="dxa"/>
              <w:right w:w="35" w:type="dxa"/>
            </w:tcMar>
          </w:tcPr>
          <w:p w:rsidR="000040E7" w:rsidRDefault="00F27CD8">
            <w:r>
              <w:rPr>
                <w:b/>
                <w:color w:val="0F2942"/>
                <w:sz w:val="14"/>
              </w:rPr>
              <w:t>Pembangunan/Pemeliharaan Plesengan Sungai/Talud</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Keg</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3 Bln</w:t>
            </w:r>
          </w:p>
        </w:tc>
        <w:tc>
          <w:tcPr>
            <w:tcW w:w="990" w:type="dxa"/>
            <w:shd w:val="clear" w:color="auto" w:fill="F8FAFC"/>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126.000.000,00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Perhubungan</w:t>
            </w:r>
            <w:proofErr w:type="spellEnd"/>
            <w:r>
              <w:rPr>
                <w:b/>
                <w:color w:val="005B96"/>
                <w:sz w:val="15"/>
              </w:rPr>
              <w:t xml:space="preserve">, </w:t>
            </w:r>
            <w:proofErr w:type="spellStart"/>
            <w:r>
              <w:rPr>
                <w:b/>
                <w:color w:val="005B96"/>
                <w:sz w:val="15"/>
              </w:rPr>
              <w:t>Komunikasi</w:t>
            </w:r>
            <w:proofErr w:type="spellEnd"/>
            <w:r>
              <w:rPr>
                <w:b/>
                <w:color w:val="005B96"/>
                <w:sz w:val="15"/>
              </w:rPr>
              <w:t xml:space="preserve"> </w:t>
            </w:r>
            <w:proofErr w:type="spellStart"/>
            <w:r>
              <w:rPr>
                <w:b/>
                <w:color w:val="005B96"/>
                <w:sz w:val="15"/>
              </w:rPr>
              <w:t>dan</w:t>
            </w:r>
            <w:proofErr w:type="spellEnd"/>
            <w:r>
              <w:rPr>
                <w:b/>
                <w:color w:val="005B96"/>
                <w:sz w:val="15"/>
              </w:rPr>
              <w:t xml:space="preserve"> Informatika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02.06.01</w:t>
            </w:r>
          </w:p>
        </w:tc>
        <w:tc>
          <w:tcPr>
            <w:tcW w:w="2818" w:type="dxa"/>
            <w:shd w:val="clear" w:color="auto" w:fill="FFFFFF"/>
            <w:tcMar>
              <w:top w:w="35" w:type="dxa"/>
              <w:left w:w="35" w:type="dxa"/>
              <w:bottom w:w="35" w:type="dxa"/>
              <w:right w:w="35" w:type="dxa"/>
            </w:tcMar>
          </w:tcPr>
          <w:p w:rsidR="000040E7" w:rsidRDefault="00F27CD8">
            <w:r>
              <w:rPr>
                <w:b/>
                <w:color w:val="0F2942"/>
                <w:sz w:val="14"/>
              </w:rPr>
              <w:t>Penyelenggaraan Informasi Publik Desa (Poster, Baliho dll)</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Pelayanan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lastRenderedPageBreak/>
              <w:t>02.06.02</w:t>
            </w:r>
          </w:p>
        </w:tc>
        <w:tc>
          <w:tcPr>
            <w:tcW w:w="2818" w:type="dxa"/>
            <w:shd w:val="clear" w:color="auto" w:fill="F8FAFC"/>
            <w:tcMar>
              <w:top w:w="35" w:type="dxa"/>
              <w:left w:w="35" w:type="dxa"/>
              <w:bottom w:w="35" w:type="dxa"/>
              <w:right w:w="35" w:type="dxa"/>
            </w:tcMar>
          </w:tcPr>
          <w:p w:rsidR="000040E7" w:rsidRDefault="00F27CD8">
            <w:r>
              <w:rPr>
                <w:b/>
                <w:color w:val="0F2942"/>
                <w:sz w:val="14"/>
              </w:rPr>
              <w:t>Pengelolaan dan Pembuatan Jaringan/Instalasi Komunikasi dan Informasi Lokal Desa</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Pelayanan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22.000.000,00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7360" w:type="dxa"/>
            <w:gridSpan w:val="7"/>
            <w:shd w:val="clear" w:color="auto" w:fill="E2E8F0"/>
            <w:tcMar>
              <w:top w:w="50" w:type="dxa"/>
              <w:left w:w="50" w:type="dxa"/>
              <w:bottom w:w="50" w:type="dxa"/>
              <w:right w:w="50" w:type="dxa"/>
            </w:tcMar>
          </w:tcPr>
          <w:p w:rsidR="000040E7" w:rsidRDefault="00F27CD8">
            <w:pPr>
              <w:jc w:val="right"/>
            </w:pPr>
            <w:r>
              <w:rPr>
                <w:b/>
                <w:color w:val="0F2942"/>
                <w:sz w:val="15"/>
              </w:rPr>
              <w:t>JUMLAH BIDANG PELAKSANAAN PEMBANGUNAN DESA:</w:t>
            </w:r>
          </w:p>
        </w:tc>
        <w:tc>
          <w:tcPr>
            <w:tcW w:w="1259" w:type="dxa"/>
            <w:shd w:val="clear" w:color="auto" w:fill="E2E8F0"/>
            <w:tcMar>
              <w:top w:w="50" w:type="dxa"/>
              <w:left w:w="50" w:type="dxa"/>
              <w:bottom w:w="50" w:type="dxa"/>
              <w:right w:w="50" w:type="dxa"/>
            </w:tcMar>
          </w:tcPr>
          <w:p w:rsidR="000040E7" w:rsidRDefault="00F27CD8">
            <w:pPr>
              <w:jc w:val="right"/>
            </w:pPr>
            <w:r>
              <w:rPr>
                <w:b/>
                <w:color w:val="0F2942"/>
                <w:sz w:val="16"/>
              </w:rPr>
              <w:t>3.677.000.000,00</w:t>
            </w:r>
          </w:p>
        </w:tc>
        <w:tc>
          <w:tcPr>
            <w:tcW w:w="1335" w:type="dxa"/>
            <w:gridSpan w:val="2"/>
            <w:shd w:val="clear" w:color="auto" w:fill="E2E8F0"/>
          </w:tcPr>
          <w:p w:rsidR="000040E7" w:rsidRDefault="000040E7"/>
        </w:tc>
      </w:tr>
      <w:tr w:rsidR="000040E7" w:rsidTr="003C569C">
        <w:trPr>
          <w:jc w:val="center"/>
        </w:trPr>
        <w:tc>
          <w:tcPr>
            <w:tcW w:w="9954" w:type="dxa"/>
            <w:gridSpan w:val="10"/>
            <w:shd w:val="clear" w:color="auto" w:fill="1B365D"/>
            <w:tcMar>
              <w:top w:w="70" w:type="dxa"/>
              <w:left w:w="70" w:type="dxa"/>
              <w:bottom w:w="70" w:type="dxa"/>
              <w:right w:w="70" w:type="dxa"/>
            </w:tcMar>
          </w:tcPr>
          <w:p w:rsidR="000040E7" w:rsidRDefault="00F27CD8">
            <w:r>
              <w:rPr>
                <w:b/>
                <w:color w:val="FFFFFF"/>
                <w:sz w:val="16"/>
              </w:rPr>
              <w:t>03  BIDANG PEMBINAAN KEMASYARAKATAN</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Sub Bidang Ketenteraman, Ketertiban Umum dan Perlindungan Masyarakat</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03.01.01</w:t>
            </w:r>
          </w:p>
        </w:tc>
        <w:tc>
          <w:tcPr>
            <w:tcW w:w="2818" w:type="dxa"/>
            <w:shd w:val="clear" w:color="auto" w:fill="FFFFFF"/>
            <w:tcMar>
              <w:top w:w="35" w:type="dxa"/>
              <w:left w:w="35" w:type="dxa"/>
              <w:bottom w:w="35" w:type="dxa"/>
              <w:right w:w="35" w:type="dxa"/>
            </w:tcMar>
          </w:tcPr>
          <w:p w:rsidR="000040E7" w:rsidRDefault="00F27CD8">
            <w:r>
              <w:rPr>
                <w:b/>
                <w:color w:val="0F2942"/>
                <w:sz w:val="14"/>
              </w:rPr>
              <w:t>Pengadaan/Penyelenggaraan Pos Keamanan 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Linmas &amp; 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Kaur Perencanaan</w:t>
            </w:r>
          </w:p>
        </w:tc>
        <w:tc>
          <w:tcPr>
            <w:tcW w:w="1259" w:type="dxa"/>
            <w:shd w:val="clear" w:color="auto" w:fill="FFFFFF"/>
            <w:tcMar>
              <w:top w:w="35" w:type="dxa"/>
              <w:left w:w="35" w:type="dxa"/>
              <w:bottom w:w="35" w:type="dxa"/>
              <w:right w:w="35" w:type="dxa"/>
            </w:tcMar>
          </w:tcPr>
          <w:p w:rsidR="000040E7" w:rsidRDefault="00A535F1">
            <w:pPr>
              <w:jc w:val="right"/>
            </w:pPr>
            <w:r>
              <w:rPr>
                <w:b/>
                <w:color w:val="0F2942"/>
                <w:sz w:val="14"/>
              </w:rPr>
              <w:t>80</w:t>
            </w:r>
            <w:r w:rsidR="00F27CD8">
              <w:rPr>
                <w:b/>
                <w:color w:val="0F2942"/>
                <w:sz w:val="14"/>
              </w:rPr>
              <w:t>.000.000,00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03.01.02</w:t>
            </w:r>
          </w:p>
        </w:tc>
        <w:tc>
          <w:tcPr>
            <w:tcW w:w="2818" w:type="dxa"/>
            <w:shd w:val="clear" w:color="auto" w:fill="F8FAFC"/>
            <w:tcMar>
              <w:top w:w="35" w:type="dxa"/>
              <w:left w:w="35" w:type="dxa"/>
              <w:bottom w:w="35" w:type="dxa"/>
              <w:right w:w="35" w:type="dxa"/>
            </w:tcMar>
          </w:tcPr>
          <w:p w:rsidR="000040E7" w:rsidRDefault="00F27CD8">
            <w:r>
              <w:rPr>
                <w:b/>
                <w:color w:val="0F2942"/>
                <w:sz w:val="14"/>
              </w:rPr>
              <w:t>Penguatan &amp; Peningkatan Kapasitas Tenaga Keamanan/Ketertiban oleh Pemdes</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Linmas</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Pelayanan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22.000.000,00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03.01.03</w:t>
            </w:r>
          </w:p>
        </w:tc>
        <w:tc>
          <w:tcPr>
            <w:tcW w:w="2818" w:type="dxa"/>
            <w:shd w:val="clear" w:color="auto" w:fill="FFFFFF"/>
            <w:tcMar>
              <w:top w:w="35" w:type="dxa"/>
              <w:left w:w="35" w:type="dxa"/>
              <w:bottom w:w="35" w:type="dxa"/>
              <w:right w:w="35" w:type="dxa"/>
            </w:tcMar>
          </w:tcPr>
          <w:p w:rsidR="000040E7" w:rsidRDefault="00F27CD8">
            <w:r>
              <w:rPr>
                <w:b/>
                <w:color w:val="0F2942"/>
                <w:sz w:val="14"/>
              </w:rPr>
              <w:t>Koordinasi Pembinaan Keamanan, Ketertiban &amp; Perlindungan Masy. Skala Lokal 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Linmas</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Pelayanan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22.000.000,00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03.01.04</w:t>
            </w:r>
          </w:p>
        </w:tc>
        <w:tc>
          <w:tcPr>
            <w:tcW w:w="2818" w:type="dxa"/>
            <w:shd w:val="clear" w:color="auto" w:fill="F8FAFC"/>
            <w:tcMar>
              <w:top w:w="35" w:type="dxa"/>
              <w:left w:w="35" w:type="dxa"/>
              <w:bottom w:w="35" w:type="dxa"/>
              <w:right w:w="35" w:type="dxa"/>
            </w:tcMar>
          </w:tcPr>
          <w:p w:rsidR="000040E7" w:rsidRDefault="00F27CD8">
            <w:r>
              <w:rPr>
                <w:b/>
                <w:color w:val="0F2942"/>
                <w:sz w:val="14"/>
              </w:rPr>
              <w:t>Bantuan Hukum Untuk Aparatur Desa dan Masyarakat Miskin</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Aparatur Desa &amp; Masy.</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0F2942"/>
                <w:sz w:val="14"/>
              </w:rPr>
              <w:t>Kasi Pelayanan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45.000.000,00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03.01.05</w:t>
            </w:r>
          </w:p>
        </w:tc>
        <w:tc>
          <w:tcPr>
            <w:tcW w:w="2818" w:type="dxa"/>
            <w:shd w:val="clear" w:color="auto" w:fill="FFFFFF"/>
            <w:tcMar>
              <w:top w:w="35" w:type="dxa"/>
              <w:left w:w="35" w:type="dxa"/>
              <w:bottom w:w="35" w:type="dxa"/>
              <w:right w:w="35" w:type="dxa"/>
            </w:tcMar>
          </w:tcPr>
          <w:p w:rsidR="000040E7" w:rsidRDefault="00F27CD8">
            <w:r>
              <w:rPr>
                <w:b/>
                <w:color w:val="0F2942"/>
                <w:sz w:val="14"/>
              </w:rPr>
              <w:t>Pelatihan/Penyuluhan/Sosialisasi kepada Masy. di Bid. Hukum &amp; Pelindungan Masy.</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23.000.000,00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03.01.06</w:t>
            </w:r>
          </w:p>
        </w:tc>
        <w:tc>
          <w:tcPr>
            <w:tcW w:w="2818" w:type="dxa"/>
            <w:shd w:val="clear" w:color="auto" w:fill="F8FAFC"/>
            <w:tcMar>
              <w:top w:w="35" w:type="dxa"/>
              <w:left w:w="35" w:type="dxa"/>
              <w:bottom w:w="35" w:type="dxa"/>
              <w:right w:w="35" w:type="dxa"/>
            </w:tcMar>
          </w:tcPr>
          <w:p w:rsidR="000040E7" w:rsidRDefault="00F27CD8">
            <w:r>
              <w:rPr>
                <w:b/>
                <w:color w:val="0F2942"/>
                <w:sz w:val="14"/>
              </w:rPr>
              <w:t>Penyediaan Honorarium/Insentif/Dana Operasional Personil Satlinmas/Hansip</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LINMAS</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Kaur Perencanaan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100.000.000,00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Kebudayaan</w:t>
            </w:r>
            <w:proofErr w:type="spellEnd"/>
            <w:r>
              <w:rPr>
                <w:b/>
                <w:color w:val="005B96"/>
                <w:sz w:val="15"/>
              </w:rPr>
              <w:t xml:space="preserve"> </w:t>
            </w:r>
            <w:proofErr w:type="spellStart"/>
            <w:r>
              <w:rPr>
                <w:b/>
                <w:color w:val="005B96"/>
                <w:sz w:val="15"/>
              </w:rPr>
              <w:t>dan</w:t>
            </w:r>
            <w:proofErr w:type="spellEnd"/>
            <w:r>
              <w:rPr>
                <w:b/>
                <w:color w:val="005B96"/>
                <w:sz w:val="15"/>
              </w:rPr>
              <w:t xml:space="preserve"> </w:t>
            </w:r>
            <w:proofErr w:type="spellStart"/>
            <w:r>
              <w:rPr>
                <w:b/>
                <w:color w:val="005B96"/>
                <w:sz w:val="15"/>
              </w:rPr>
              <w:t>Keagamaan</w:t>
            </w:r>
            <w:proofErr w:type="spellEnd"/>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03.02.01</w:t>
            </w:r>
          </w:p>
        </w:tc>
        <w:tc>
          <w:tcPr>
            <w:tcW w:w="2818" w:type="dxa"/>
            <w:shd w:val="clear" w:color="auto" w:fill="FFFFFF"/>
            <w:tcMar>
              <w:top w:w="35" w:type="dxa"/>
              <w:left w:w="35" w:type="dxa"/>
              <w:bottom w:w="35" w:type="dxa"/>
              <w:right w:w="35" w:type="dxa"/>
            </w:tcMar>
          </w:tcPr>
          <w:p w:rsidR="000040E7" w:rsidRDefault="00F27CD8">
            <w:r>
              <w:rPr>
                <w:b/>
                <w:color w:val="0F2942"/>
                <w:sz w:val="14"/>
              </w:rPr>
              <w:t>Penyelenggaraan Festival Kesenian, Adat/Kebudayaan, dan Keagamaan (HUT RI, Raya dll)</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Kaur Perencanaan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03.02.02</w:t>
            </w:r>
          </w:p>
        </w:tc>
        <w:tc>
          <w:tcPr>
            <w:tcW w:w="2818" w:type="dxa"/>
            <w:shd w:val="clear" w:color="auto" w:fill="F8FAFC"/>
            <w:tcMar>
              <w:top w:w="35" w:type="dxa"/>
              <w:left w:w="35" w:type="dxa"/>
              <w:bottom w:w="35" w:type="dxa"/>
              <w:right w:w="35" w:type="dxa"/>
            </w:tcMar>
          </w:tcPr>
          <w:p w:rsidR="000040E7" w:rsidRDefault="00F27CD8">
            <w:r>
              <w:rPr>
                <w:b/>
                <w:color w:val="0F2942"/>
                <w:sz w:val="14"/>
              </w:rPr>
              <w:t>Pemeliharaan Sarana Prasarana Kebudayaan, Rumah Adat dan Keagamaan Milik Desa</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55.000.000,00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03.02.03</w:t>
            </w:r>
          </w:p>
        </w:tc>
        <w:tc>
          <w:tcPr>
            <w:tcW w:w="2818" w:type="dxa"/>
            <w:shd w:val="clear" w:color="auto" w:fill="FFFFFF"/>
            <w:tcMar>
              <w:top w:w="35" w:type="dxa"/>
              <w:left w:w="35" w:type="dxa"/>
              <w:bottom w:w="35" w:type="dxa"/>
              <w:right w:w="35" w:type="dxa"/>
            </w:tcMar>
          </w:tcPr>
          <w:p w:rsidR="000040E7" w:rsidRDefault="00F27CD8">
            <w:r>
              <w:rPr>
                <w:b/>
                <w:color w:val="0F2942"/>
                <w:sz w:val="14"/>
              </w:rPr>
              <w:t>Pembangunan/Rehabilitasi Sarana Prasarana Kebudayaan/Rumah Adat/Keagamaan Milik Desa **)</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225.000.000,00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03.02.04</w:t>
            </w:r>
          </w:p>
        </w:tc>
        <w:tc>
          <w:tcPr>
            <w:tcW w:w="2818" w:type="dxa"/>
            <w:shd w:val="clear" w:color="auto" w:fill="F8FAFC"/>
            <w:tcMar>
              <w:top w:w="35" w:type="dxa"/>
              <w:left w:w="35" w:type="dxa"/>
              <w:bottom w:w="35" w:type="dxa"/>
              <w:right w:w="35" w:type="dxa"/>
            </w:tcMar>
          </w:tcPr>
          <w:p w:rsidR="000040E7" w:rsidRDefault="00F27CD8">
            <w:r>
              <w:rPr>
                <w:b/>
                <w:color w:val="0F2942"/>
                <w:sz w:val="14"/>
              </w:rPr>
              <w:t>Penyediaan Honorarium/Insentif/Dana Operasional Pemuka Agama (Imam/Pegawai Syar'i/Pendeta dll)</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Imam &amp; Pegawai Syar'i</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Kaur Perencanaan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165.000.000,00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03.02.05</w:t>
            </w:r>
          </w:p>
        </w:tc>
        <w:tc>
          <w:tcPr>
            <w:tcW w:w="2818" w:type="dxa"/>
            <w:shd w:val="clear" w:color="auto" w:fill="FFFFFF"/>
            <w:tcMar>
              <w:top w:w="35" w:type="dxa"/>
              <w:left w:w="35" w:type="dxa"/>
              <w:bottom w:w="35" w:type="dxa"/>
              <w:right w:w="35" w:type="dxa"/>
            </w:tcMar>
          </w:tcPr>
          <w:p w:rsidR="000040E7" w:rsidRDefault="00F27CD8">
            <w:r>
              <w:rPr>
                <w:b/>
                <w:color w:val="0F2942"/>
                <w:sz w:val="14"/>
              </w:rPr>
              <w:t>Penyediaan Honorarium/Insentif/Dana Operasional Guru Mengaji Dan Guru Sekolah Minggu</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Guru Mengaji</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Kaur Perencanaan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35.000.000,00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03.02.06</w:t>
            </w:r>
          </w:p>
        </w:tc>
        <w:tc>
          <w:tcPr>
            <w:tcW w:w="2818" w:type="dxa"/>
            <w:shd w:val="clear" w:color="auto" w:fill="F8FAFC"/>
            <w:tcMar>
              <w:top w:w="35" w:type="dxa"/>
              <w:left w:w="35" w:type="dxa"/>
              <w:bottom w:w="35" w:type="dxa"/>
              <w:right w:w="35" w:type="dxa"/>
            </w:tcMar>
          </w:tcPr>
          <w:p w:rsidR="000040E7" w:rsidRDefault="00F27CD8">
            <w:r>
              <w:rPr>
                <w:b/>
                <w:color w:val="0F2942"/>
                <w:sz w:val="14"/>
              </w:rPr>
              <w:t>Pengadaan Bahan/Barang/Sarana Prasarana Kegiatan Kemasyarakatan</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3 Bln</w:t>
            </w:r>
          </w:p>
        </w:tc>
        <w:tc>
          <w:tcPr>
            <w:tcW w:w="990" w:type="dxa"/>
            <w:shd w:val="clear" w:color="auto" w:fill="F8FAFC"/>
            <w:tcMar>
              <w:top w:w="35" w:type="dxa"/>
              <w:left w:w="35" w:type="dxa"/>
              <w:bottom w:w="35" w:type="dxa"/>
              <w:right w:w="35" w:type="dxa"/>
            </w:tcMar>
          </w:tcPr>
          <w:p w:rsidR="000040E7" w:rsidRDefault="00F27CD8">
            <w:r>
              <w:rPr>
                <w:color w:val="0F2942"/>
                <w:sz w:val="14"/>
              </w:rPr>
              <w:t>Kaur Perencanaan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15.000.000,00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Kepemudaan</w:t>
            </w:r>
            <w:proofErr w:type="spellEnd"/>
            <w:r>
              <w:rPr>
                <w:b/>
                <w:color w:val="005B96"/>
                <w:sz w:val="15"/>
              </w:rPr>
              <w:t xml:space="preserve"> </w:t>
            </w:r>
            <w:proofErr w:type="spellStart"/>
            <w:r>
              <w:rPr>
                <w:b/>
                <w:color w:val="005B96"/>
                <w:sz w:val="15"/>
              </w:rPr>
              <w:t>dan</w:t>
            </w:r>
            <w:proofErr w:type="spellEnd"/>
            <w:r>
              <w:rPr>
                <w:b/>
                <w:color w:val="005B96"/>
                <w:sz w:val="15"/>
              </w:rPr>
              <w:t xml:space="preserve"> </w:t>
            </w:r>
            <w:proofErr w:type="spellStart"/>
            <w:r>
              <w:rPr>
                <w:b/>
                <w:color w:val="005B96"/>
                <w:sz w:val="15"/>
              </w:rPr>
              <w:t>Olahraga</w:t>
            </w:r>
            <w:proofErr w:type="spellEnd"/>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lastRenderedPageBreak/>
              <w:t>03.03.01</w:t>
            </w:r>
          </w:p>
        </w:tc>
        <w:tc>
          <w:tcPr>
            <w:tcW w:w="2818" w:type="dxa"/>
            <w:shd w:val="clear" w:color="auto" w:fill="FFFFFF"/>
            <w:tcMar>
              <w:top w:w="35" w:type="dxa"/>
              <w:left w:w="35" w:type="dxa"/>
              <w:bottom w:w="35" w:type="dxa"/>
              <w:right w:w="35" w:type="dxa"/>
            </w:tcMar>
          </w:tcPr>
          <w:p w:rsidR="000040E7" w:rsidRDefault="00F27CD8">
            <w:r>
              <w:rPr>
                <w:b/>
                <w:color w:val="0F2942"/>
                <w:sz w:val="14"/>
              </w:rPr>
              <w:t>Penyelenggaraan Pelatihan Kepemudaan Tingkat 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Pemuda &amp; Karang Taruna</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Kaur Perencanaan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22.000.000,00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03.03.02</w:t>
            </w:r>
          </w:p>
        </w:tc>
        <w:tc>
          <w:tcPr>
            <w:tcW w:w="2818" w:type="dxa"/>
            <w:shd w:val="clear" w:color="auto" w:fill="F8FAFC"/>
            <w:tcMar>
              <w:top w:w="35" w:type="dxa"/>
              <w:left w:w="35" w:type="dxa"/>
              <w:bottom w:w="35" w:type="dxa"/>
              <w:right w:w="35" w:type="dxa"/>
            </w:tcMar>
          </w:tcPr>
          <w:p w:rsidR="000040E7" w:rsidRDefault="00F27CD8">
            <w:r>
              <w:rPr>
                <w:b/>
                <w:color w:val="0F2942"/>
                <w:sz w:val="14"/>
              </w:rPr>
              <w:t>Penyelenggaraan Festival/Lomba Kepemudaan dan Olahraga Tingkat Desa</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Karang Taruna &amp; Masy.</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Kaur TU dan Umum</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22.000.000,00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03.03.03</w:t>
            </w:r>
          </w:p>
        </w:tc>
        <w:tc>
          <w:tcPr>
            <w:tcW w:w="2818" w:type="dxa"/>
            <w:shd w:val="clear" w:color="auto" w:fill="FFFFFF"/>
            <w:tcMar>
              <w:top w:w="35" w:type="dxa"/>
              <w:left w:w="35" w:type="dxa"/>
              <w:bottom w:w="35" w:type="dxa"/>
              <w:right w:w="35" w:type="dxa"/>
            </w:tcMar>
          </w:tcPr>
          <w:p w:rsidR="000040E7" w:rsidRDefault="00F27CD8">
            <w:r>
              <w:rPr>
                <w:b/>
                <w:color w:val="0F2942"/>
                <w:sz w:val="14"/>
              </w:rPr>
              <w:t>Pemeliharaan Sarana dan Prasarana Kepemudaan dan Olahraga Milik 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56.000.000,00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03.03.04</w:t>
            </w:r>
          </w:p>
        </w:tc>
        <w:tc>
          <w:tcPr>
            <w:tcW w:w="2818" w:type="dxa"/>
            <w:shd w:val="clear" w:color="auto" w:fill="F8FAFC"/>
            <w:tcMar>
              <w:top w:w="35" w:type="dxa"/>
              <w:left w:w="35" w:type="dxa"/>
              <w:bottom w:w="35" w:type="dxa"/>
              <w:right w:w="35" w:type="dxa"/>
            </w:tcMar>
          </w:tcPr>
          <w:p w:rsidR="000040E7" w:rsidRDefault="00F27CD8">
            <w:r>
              <w:rPr>
                <w:b/>
                <w:color w:val="0F2942"/>
                <w:sz w:val="14"/>
              </w:rPr>
              <w:t>Pembangunan/Rehabilitasi/Peningkatan Sarana dan Prasarana Kepemudaan &amp; Olahraga Milik Desa</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550.000.000,00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03.03.05</w:t>
            </w:r>
          </w:p>
        </w:tc>
        <w:tc>
          <w:tcPr>
            <w:tcW w:w="2818" w:type="dxa"/>
            <w:shd w:val="clear" w:color="auto" w:fill="FFFFFF"/>
            <w:tcMar>
              <w:top w:w="35" w:type="dxa"/>
              <w:left w:w="35" w:type="dxa"/>
              <w:bottom w:w="35" w:type="dxa"/>
              <w:right w:w="35" w:type="dxa"/>
            </w:tcMar>
          </w:tcPr>
          <w:p w:rsidR="000040E7" w:rsidRDefault="00F27CD8">
            <w:r>
              <w:rPr>
                <w:b/>
                <w:color w:val="0F2942"/>
                <w:sz w:val="14"/>
              </w:rPr>
              <w:t>Pembinaan Karangtaruna/Klub Kepemudaan/Olahraga Tingkat 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Karang Taruna</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Kaur Perencanaan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30.000.000,00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Kelembagaan</w:t>
            </w:r>
            <w:proofErr w:type="spellEnd"/>
            <w:r>
              <w:rPr>
                <w:b/>
                <w:color w:val="005B96"/>
                <w:sz w:val="15"/>
              </w:rPr>
              <w:t xml:space="preserve"> </w:t>
            </w:r>
            <w:proofErr w:type="spellStart"/>
            <w:r>
              <w:rPr>
                <w:b/>
                <w:color w:val="005B96"/>
                <w:sz w:val="15"/>
              </w:rPr>
              <w:t>Masyarakat</w:t>
            </w:r>
            <w:proofErr w:type="spellEnd"/>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03.04.01</w:t>
            </w:r>
          </w:p>
        </w:tc>
        <w:tc>
          <w:tcPr>
            <w:tcW w:w="2818" w:type="dxa"/>
            <w:shd w:val="clear" w:color="auto" w:fill="F8FAFC"/>
            <w:tcMar>
              <w:top w:w="35" w:type="dxa"/>
              <w:left w:w="35" w:type="dxa"/>
              <w:bottom w:w="35" w:type="dxa"/>
              <w:right w:w="35" w:type="dxa"/>
            </w:tcMar>
          </w:tcPr>
          <w:p w:rsidR="000040E7" w:rsidRDefault="00F27CD8">
            <w:r>
              <w:rPr>
                <w:b/>
                <w:color w:val="0F2942"/>
                <w:sz w:val="14"/>
              </w:rPr>
              <w:t>Pembinaan Lembaga Adat</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Lembaga Adat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Kaur Perencanaan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18.000.000,00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03.04.02</w:t>
            </w:r>
          </w:p>
        </w:tc>
        <w:tc>
          <w:tcPr>
            <w:tcW w:w="2818" w:type="dxa"/>
            <w:shd w:val="clear" w:color="auto" w:fill="FFFFFF"/>
            <w:tcMar>
              <w:top w:w="35" w:type="dxa"/>
              <w:left w:w="35" w:type="dxa"/>
              <w:bottom w:w="35" w:type="dxa"/>
              <w:right w:w="35" w:type="dxa"/>
            </w:tcMar>
          </w:tcPr>
          <w:p w:rsidR="000040E7" w:rsidRDefault="00F27CD8">
            <w:r>
              <w:rPr>
                <w:b/>
                <w:color w:val="0F2942"/>
                <w:sz w:val="14"/>
              </w:rPr>
              <w:t>Pembinaan PKK</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PKK</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Kaur Perencanaan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58.000.000,00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03.04.03</w:t>
            </w:r>
          </w:p>
        </w:tc>
        <w:tc>
          <w:tcPr>
            <w:tcW w:w="2818" w:type="dxa"/>
            <w:shd w:val="clear" w:color="auto" w:fill="F8FAFC"/>
            <w:tcMar>
              <w:top w:w="35" w:type="dxa"/>
              <w:left w:w="35" w:type="dxa"/>
              <w:bottom w:w="35" w:type="dxa"/>
              <w:right w:w="35" w:type="dxa"/>
            </w:tcMar>
          </w:tcPr>
          <w:p w:rsidR="000040E7" w:rsidRDefault="00F27CD8">
            <w:r>
              <w:rPr>
                <w:b/>
                <w:color w:val="0F2942"/>
                <w:sz w:val="14"/>
              </w:rPr>
              <w:t>Pelatihan Pembinaan Lembaga Kemasyarakatan</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Lembaga Kemasyarakatan</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Kaur Perencanaan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22.000.000,00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7360" w:type="dxa"/>
            <w:gridSpan w:val="7"/>
            <w:shd w:val="clear" w:color="auto" w:fill="E2E8F0"/>
            <w:tcMar>
              <w:top w:w="50" w:type="dxa"/>
              <w:left w:w="50" w:type="dxa"/>
              <w:bottom w:w="50" w:type="dxa"/>
              <w:right w:w="50" w:type="dxa"/>
            </w:tcMar>
          </w:tcPr>
          <w:p w:rsidR="000040E7" w:rsidRDefault="00F27CD8">
            <w:pPr>
              <w:jc w:val="right"/>
            </w:pPr>
            <w:r>
              <w:rPr>
                <w:b/>
                <w:color w:val="0F2942"/>
                <w:sz w:val="15"/>
              </w:rPr>
              <w:t>JUMLAH BIDANG PEMBINAAN KEMASYARAKATAN:</w:t>
            </w:r>
          </w:p>
        </w:tc>
        <w:tc>
          <w:tcPr>
            <w:tcW w:w="1259" w:type="dxa"/>
            <w:shd w:val="clear" w:color="auto" w:fill="E2E8F0"/>
            <w:tcMar>
              <w:top w:w="50" w:type="dxa"/>
              <w:left w:w="50" w:type="dxa"/>
              <w:bottom w:w="50" w:type="dxa"/>
              <w:right w:w="50" w:type="dxa"/>
            </w:tcMar>
          </w:tcPr>
          <w:p w:rsidR="000040E7" w:rsidRDefault="00F27CD8">
            <w:pPr>
              <w:jc w:val="right"/>
            </w:pPr>
            <w:r>
              <w:rPr>
                <w:b/>
                <w:color w:val="0F2942"/>
                <w:sz w:val="16"/>
              </w:rPr>
              <w:t>1.525.000.000,00</w:t>
            </w:r>
          </w:p>
        </w:tc>
        <w:tc>
          <w:tcPr>
            <w:tcW w:w="1335" w:type="dxa"/>
            <w:gridSpan w:val="2"/>
            <w:shd w:val="clear" w:color="auto" w:fill="E2E8F0"/>
          </w:tcPr>
          <w:p w:rsidR="000040E7" w:rsidRDefault="000040E7"/>
        </w:tc>
      </w:tr>
      <w:tr w:rsidR="000040E7" w:rsidTr="003C569C">
        <w:trPr>
          <w:jc w:val="center"/>
        </w:trPr>
        <w:tc>
          <w:tcPr>
            <w:tcW w:w="9954" w:type="dxa"/>
            <w:gridSpan w:val="10"/>
            <w:shd w:val="clear" w:color="auto" w:fill="1B365D"/>
            <w:tcMar>
              <w:top w:w="70" w:type="dxa"/>
              <w:left w:w="70" w:type="dxa"/>
              <w:bottom w:w="70" w:type="dxa"/>
              <w:right w:w="70" w:type="dxa"/>
            </w:tcMar>
          </w:tcPr>
          <w:p w:rsidR="000040E7" w:rsidRDefault="00F27CD8">
            <w:r>
              <w:rPr>
                <w:b/>
                <w:color w:val="FFFFFF"/>
                <w:sz w:val="16"/>
              </w:rPr>
              <w:t>04  BIDANG PEMBERDAYAAN MASYARAKAT</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Sub Bidang Kelautan dan Perikanan</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04.01.01</w:t>
            </w:r>
          </w:p>
        </w:tc>
        <w:tc>
          <w:tcPr>
            <w:tcW w:w="2818" w:type="dxa"/>
            <w:shd w:val="clear" w:color="auto" w:fill="FFFFFF"/>
            <w:tcMar>
              <w:top w:w="35" w:type="dxa"/>
              <w:left w:w="35" w:type="dxa"/>
              <w:bottom w:w="35" w:type="dxa"/>
              <w:right w:w="35" w:type="dxa"/>
            </w:tcMar>
          </w:tcPr>
          <w:p w:rsidR="000040E7" w:rsidRDefault="00F27CD8">
            <w:r>
              <w:rPr>
                <w:b/>
                <w:color w:val="0F2942"/>
                <w:sz w:val="14"/>
              </w:rPr>
              <w:t>Bantuan Perikanan (Bibit/Pakan/dll)</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Pelayanan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55.000.000,00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Pertanian</w:t>
            </w:r>
            <w:proofErr w:type="spellEnd"/>
            <w:r>
              <w:rPr>
                <w:b/>
                <w:color w:val="005B96"/>
                <w:sz w:val="15"/>
              </w:rPr>
              <w:t xml:space="preserve"> </w:t>
            </w:r>
            <w:proofErr w:type="spellStart"/>
            <w:r>
              <w:rPr>
                <w:b/>
                <w:color w:val="005B96"/>
                <w:sz w:val="15"/>
              </w:rPr>
              <w:t>dan</w:t>
            </w:r>
            <w:proofErr w:type="spellEnd"/>
            <w:r>
              <w:rPr>
                <w:b/>
                <w:color w:val="005B96"/>
                <w:sz w:val="15"/>
              </w:rPr>
              <w:t xml:space="preserve"> </w:t>
            </w:r>
            <w:proofErr w:type="spellStart"/>
            <w:r>
              <w:rPr>
                <w:b/>
                <w:color w:val="005B96"/>
                <w:sz w:val="15"/>
              </w:rPr>
              <w:t>Peternakan</w:t>
            </w:r>
            <w:proofErr w:type="spellEnd"/>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04.02.01</w:t>
            </w:r>
          </w:p>
        </w:tc>
        <w:tc>
          <w:tcPr>
            <w:tcW w:w="2818" w:type="dxa"/>
            <w:shd w:val="clear" w:color="auto" w:fill="F8FAFC"/>
            <w:tcMar>
              <w:top w:w="35" w:type="dxa"/>
              <w:left w:w="35" w:type="dxa"/>
              <w:bottom w:w="35" w:type="dxa"/>
              <w:right w:w="35" w:type="dxa"/>
            </w:tcMar>
          </w:tcPr>
          <w:p w:rsidR="000040E7" w:rsidRDefault="00F27CD8">
            <w:r>
              <w:rPr>
                <w:b/>
                <w:color w:val="0F2942"/>
                <w:sz w:val="14"/>
              </w:rPr>
              <w:t>Peningkatan Produksi Tanaman Pangan (Alat Produksi/Pengelolaan/Penggilingan)</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Pelayanan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66.000.000,00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04.02.02</w:t>
            </w:r>
          </w:p>
        </w:tc>
        <w:tc>
          <w:tcPr>
            <w:tcW w:w="2818" w:type="dxa"/>
            <w:shd w:val="clear" w:color="auto" w:fill="FFFFFF"/>
            <w:tcMar>
              <w:top w:w="35" w:type="dxa"/>
              <w:left w:w="35" w:type="dxa"/>
              <w:bottom w:w="35" w:type="dxa"/>
              <w:right w:w="35" w:type="dxa"/>
            </w:tcMar>
          </w:tcPr>
          <w:p w:rsidR="000040E7" w:rsidRDefault="00F27CD8">
            <w:r>
              <w:rPr>
                <w:b/>
                <w:color w:val="0F2942"/>
                <w:sz w:val="14"/>
              </w:rPr>
              <w:t>Peningkatan Produksi Peternakan (Alat Produksi/Pengelolaan/Kandang)</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Pelayanan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55.000.000,00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04.02.03</w:t>
            </w:r>
          </w:p>
        </w:tc>
        <w:tc>
          <w:tcPr>
            <w:tcW w:w="2818" w:type="dxa"/>
            <w:shd w:val="clear" w:color="auto" w:fill="F8FAFC"/>
            <w:tcMar>
              <w:top w:w="35" w:type="dxa"/>
              <w:left w:w="35" w:type="dxa"/>
              <w:bottom w:w="35" w:type="dxa"/>
              <w:right w:w="35" w:type="dxa"/>
            </w:tcMar>
          </w:tcPr>
          <w:p w:rsidR="000040E7" w:rsidRDefault="00F27CD8">
            <w:r>
              <w:rPr>
                <w:b/>
                <w:color w:val="0F2942"/>
                <w:sz w:val="14"/>
              </w:rPr>
              <w:t>Penguatan Ketahanan Pangan Tingkat Desa (Lumbung Desa dll)</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120.000.000,00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04.02.04</w:t>
            </w:r>
          </w:p>
        </w:tc>
        <w:tc>
          <w:tcPr>
            <w:tcW w:w="2818" w:type="dxa"/>
            <w:shd w:val="clear" w:color="auto" w:fill="FFFFFF"/>
            <w:tcMar>
              <w:top w:w="35" w:type="dxa"/>
              <w:left w:w="35" w:type="dxa"/>
              <w:bottom w:w="35" w:type="dxa"/>
              <w:right w:w="35" w:type="dxa"/>
            </w:tcMar>
          </w:tcPr>
          <w:p w:rsidR="000040E7" w:rsidRDefault="00F27CD8">
            <w:r>
              <w:rPr>
                <w:b/>
                <w:color w:val="0F2942"/>
                <w:sz w:val="14"/>
              </w:rPr>
              <w:t>Pelatihan/Bimtek/Pengenalan Teknologi Tepat Guna untuk Pertanian/Peternakan</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Petani</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Pelayanan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22.000.000,00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04.02.05</w:t>
            </w:r>
          </w:p>
        </w:tc>
        <w:tc>
          <w:tcPr>
            <w:tcW w:w="2818" w:type="dxa"/>
            <w:shd w:val="clear" w:color="auto" w:fill="F8FAFC"/>
            <w:tcMar>
              <w:top w:w="35" w:type="dxa"/>
              <w:left w:w="35" w:type="dxa"/>
              <w:bottom w:w="35" w:type="dxa"/>
              <w:right w:w="35" w:type="dxa"/>
            </w:tcMar>
          </w:tcPr>
          <w:p w:rsidR="000040E7" w:rsidRDefault="00F27CD8">
            <w:r>
              <w:rPr>
                <w:b/>
                <w:color w:val="0F2942"/>
                <w:sz w:val="14"/>
              </w:rPr>
              <w:t>Pembangunan/Rehabilitasi/Peningkatan Saluran Irigasi Tersier/Sederhana</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150 Meter</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20 Hari</w:t>
            </w:r>
          </w:p>
        </w:tc>
        <w:tc>
          <w:tcPr>
            <w:tcW w:w="990" w:type="dxa"/>
            <w:shd w:val="clear" w:color="auto" w:fill="F8FAFC"/>
            <w:tcMar>
              <w:top w:w="35" w:type="dxa"/>
              <w:left w:w="35" w:type="dxa"/>
              <w:bottom w:w="35" w:type="dxa"/>
              <w:right w:w="35" w:type="dxa"/>
            </w:tcMar>
          </w:tcPr>
          <w:p w:rsidR="000040E7" w:rsidRDefault="00F27CD8">
            <w:r>
              <w:rPr>
                <w:color w:val="0F2942"/>
                <w:sz w:val="14"/>
              </w:rPr>
              <w:t>Kasi Kesejahteraan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150.000.000,00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lastRenderedPageBreak/>
              <w:t>04.02.06</w:t>
            </w:r>
          </w:p>
        </w:tc>
        <w:tc>
          <w:tcPr>
            <w:tcW w:w="2818" w:type="dxa"/>
            <w:shd w:val="clear" w:color="auto" w:fill="FFFFFF"/>
            <w:tcMar>
              <w:top w:w="35" w:type="dxa"/>
              <w:left w:w="35" w:type="dxa"/>
              <w:bottom w:w="35" w:type="dxa"/>
              <w:right w:w="35" w:type="dxa"/>
            </w:tcMar>
          </w:tcPr>
          <w:p w:rsidR="000040E7" w:rsidRDefault="00F27CD8">
            <w:r>
              <w:rPr>
                <w:b/>
                <w:color w:val="0F2942"/>
                <w:sz w:val="14"/>
              </w:rPr>
              <w:t>Pembenihan Tanaman Pangan</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35.000.000,00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04.02.07</w:t>
            </w:r>
          </w:p>
        </w:tc>
        <w:tc>
          <w:tcPr>
            <w:tcW w:w="2818" w:type="dxa"/>
            <w:shd w:val="clear" w:color="auto" w:fill="F8FAFC"/>
            <w:tcMar>
              <w:top w:w="35" w:type="dxa"/>
              <w:left w:w="35" w:type="dxa"/>
              <w:bottom w:w="35" w:type="dxa"/>
              <w:right w:w="35" w:type="dxa"/>
            </w:tcMar>
          </w:tcPr>
          <w:p w:rsidR="000040E7" w:rsidRDefault="00F27CD8">
            <w:r>
              <w:rPr>
                <w:b/>
                <w:color w:val="0F2942"/>
                <w:sz w:val="14"/>
              </w:rPr>
              <w:t>Bantuan Pertanian Dan Perkebunan (Peralatan, Bibit, Pupuk, Pestisida dll)</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3 Bln</w:t>
            </w:r>
          </w:p>
        </w:tc>
        <w:tc>
          <w:tcPr>
            <w:tcW w:w="990" w:type="dxa"/>
            <w:shd w:val="clear" w:color="auto" w:fill="F8FAFC"/>
            <w:tcMar>
              <w:top w:w="35" w:type="dxa"/>
              <w:left w:w="35" w:type="dxa"/>
              <w:bottom w:w="35" w:type="dxa"/>
              <w:right w:w="35" w:type="dxa"/>
            </w:tcMar>
          </w:tcPr>
          <w:p w:rsidR="000040E7" w:rsidRDefault="00F27CD8">
            <w:r>
              <w:rPr>
                <w:color w:val="0F2942"/>
                <w:sz w:val="14"/>
              </w:rPr>
              <w:t>Kasi Pelayanan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120.000.000,00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04.02.08</w:t>
            </w:r>
          </w:p>
        </w:tc>
        <w:tc>
          <w:tcPr>
            <w:tcW w:w="2818" w:type="dxa"/>
            <w:shd w:val="clear" w:color="auto" w:fill="FFFFFF"/>
            <w:tcMar>
              <w:top w:w="35" w:type="dxa"/>
              <w:left w:w="35" w:type="dxa"/>
              <w:bottom w:w="35" w:type="dxa"/>
              <w:right w:w="35" w:type="dxa"/>
            </w:tcMar>
          </w:tcPr>
          <w:p w:rsidR="000040E7" w:rsidRDefault="00F27CD8">
            <w:r>
              <w:rPr>
                <w:b/>
                <w:color w:val="0F2942"/>
                <w:sz w:val="14"/>
              </w:rPr>
              <w:t>Pengadaan Bibit/Induk Ternak Dan Pakan Ternak</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3 Bln</w:t>
            </w:r>
          </w:p>
        </w:tc>
        <w:tc>
          <w:tcPr>
            <w:tcW w:w="990" w:type="dxa"/>
            <w:shd w:val="clear" w:color="auto" w:fill="FFFFFF"/>
            <w:tcMar>
              <w:top w:w="35" w:type="dxa"/>
              <w:left w:w="35" w:type="dxa"/>
              <w:bottom w:w="35" w:type="dxa"/>
              <w:right w:w="35" w:type="dxa"/>
            </w:tcMar>
          </w:tcPr>
          <w:p w:rsidR="000040E7" w:rsidRDefault="00F27CD8">
            <w:r>
              <w:rPr>
                <w:color w:val="0F2942"/>
                <w:sz w:val="14"/>
              </w:rPr>
              <w:t>Kasi Pelayanan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88.000.000,00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04.02.09</w:t>
            </w:r>
          </w:p>
        </w:tc>
        <w:tc>
          <w:tcPr>
            <w:tcW w:w="2818" w:type="dxa"/>
            <w:shd w:val="clear" w:color="auto" w:fill="F8FAFC"/>
            <w:tcMar>
              <w:top w:w="35" w:type="dxa"/>
              <w:left w:w="35" w:type="dxa"/>
              <w:bottom w:w="35" w:type="dxa"/>
              <w:right w:w="35" w:type="dxa"/>
            </w:tcMar>
          </w:tcPr>
          <w:p w:rsidR="000040E7" w:rsidRDefault="00F27CD8">
            <w:r>
              <w:rPr>
                <w:b/>
                <w:color w:val="0F2942"/>
                <w:sz w:val="14"/>
              </w:rPr>
              <w:t>Penyuluhan Bagi Petani dan Peternak</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 Thn</w:t>
            </w:r>
          </w:p>
        </w:tc>
        <w:tc>
          <w:tcPr>
            <w:tcW w:w="990" w:type="dxa"/>
            <w:shd w:val="clear" w:color="auto" w:fill="F8FAFC"/>
            <w:tcMar>
              <w:top w:w="35" w:type="dxa"/>
              <w:left w:w="35" w:type="dxa"/>
              <w:bottom w:w="35" w:type="dxa"/>
              <w:right w:w="35" w:type="dxa"/>
            </w:tcMar>
          </w:tcPr>
          <w:p w:rsidR="000040E7" w:rsidRDefault="00F27CD8">
            <w:r>
              <w:rPr>
                <w:color w:val="0F2942"/>
                <w:sz w:val="14"/>
              </w:rPr>
              <w:t>Kaur TU dan Umum</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23.000.000,00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Peningkatan</w:t>
            </w:r>
            <w:proofErr w:type="spellEnd"/>
            <w:r>
              <w:rPr>
                <w:b/>
                <w:color w:val="005B96"/>
                <w:sz w:val="15"/>
              </w:rPr>
              <w:t xml:space="preserve"> </w:t>
            </w:r>
            <w:proofErr w:type="spellStart"/>
            <w:r>
              <w:rPr>
                <w:b/>
                <w:color w:val="005B96"/>
                <w:sz w:val="15"/>
              </w:rPr>
              <w:t>Kapasitas</w:t>
            </w:r>
            <w:proofErr w:type="spellEnd"/>
            <w:r>
              <w:rPr>
                <w:b/>
                <w:color w:val="005B96"/>
                <w:sz w:val="15"/>
              </w:rPr>
              <w:t xml:space="preserve"> </w:t>
            </w:r>
            <w:proofErr w:type="spellStart"/>
            <w:r>
              <w:rPr>
                <w:b/>
                <w:color w:val="005B96"/>
                <w:sz w:val="15"/>
              </w:rPr>
              <w:t>Aparatur</w:t>
            </w:r>
            <w:proofErr w:type="spellEnd"/>
            <w:r>
              <w:rPr>
                <w:b/>
                <w:color w:val="005B96"/>
                <w:sz w:val="15"/>
              </w:rPr>
              <w:t xml:space="preserve"> Desa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04.03.01</w:t>
            </w:r>
          </w:p>
        </w:tc>
        <w:tc>
          <w:tcPr>
            <w:tcW w:w="2818" w:type="dxa"/>
            <w:shd w:val="clear" w:color="auto" w:fill="FFFFFF"/>
            <w:tcMar>
              <w:top w:w="35" w:type="dxa"/>
              <w:left w:w="35" w:type="dxa"/>
              <w:bottom w:w="35" w:type="dxa"/>
              <w:right w:w="35" w:type="dxa"/>
            </w:tcMar>
          </w:tcPr>
          <w:p w:rsidR="000040E7" w:rsidRDefault="00F27CD8">
            <w:r>
              <w:rPr>
                <w:b/>
                <w:color w:val="0F2942"/>
                <w:sz w:val="14"/>
              </w:rPr>
              <w:t>Peningkatan Kapasitas Kepala 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Sangadi</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0C6779">
            <w:pPr>
              <w:jc w:val="right"/>
            </w:pPr>
            <w:r>
              <w:rPr>
                <w:b/>
                <w:color w:val="0F2942"/>
                <w:sz w:val="14"/>
              </w:rPr>
              <w:t>60</w:t>
            </w:r>
            <w:r w:rsidR="00F27CD8">
              <w:rPr>
                <w:b/>
                <w:color w:val="0F2942"/>
                <w:sz w:val="14"/>
              </w:rPr>
              <w:t>.000.000,00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04.03.02</w:t>
            </w:r>
          </w:p>
        </w:tc>
        <w:tc>
          <w:tcPr>
            <w:tcW w:w="2818" w:type="dxa"/>
            <w:shd w:val="clear" w:color="auto" w:fill="F8FAFC"/>
            <w:tcMar>
              <w:top w:w="35" w:type="dxa"/>
              <w:left w:w="35" w:type="dxa"/>
              <w:bottom w:w="35" w:type="dxa"/>
              <w:right w:w="35" w:type="dxa"/>
            </w:tcMar>
          </w:tcPr>
          <w:p w:rsidR="000040E7" w:rsidRDefault="00F27CD8">
            <w:r>
              <w:rPr>
                <w:b/>
                <w:color w:val="0F2942"/>
                <w:sz w:val="14"/>
              </w:rPr>
              <w:t>Peningkatan Kapasitas Perangkat Desa</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Perangkat 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226.000.000,00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04.03.03</w:t>
            </w:r>
          </w:p>
        </w:tc>
        <w:tc>
          <w:tcPr>
            <w:tcW w:w="2818" w:type="dxa"/>
            <w:shd w:val="clear" w:color="auto" w:fill="FFFFFF"/>
            <w:tcMar>
              <w:top w:w="35" w:type="dxa"/>
              <w:left w:w="35" w:type="dxa"/>
              <w:bottom w:w="35" w:type="dxa"/>
              <w:right w:w="35" w:type="dxa"/>
            </w:tcMar>
          </w:tcPr>
          <w:p w:rsidR="000040E7" w:rsidRDefault="00F27CD8">
            <w:r>
              <w:rPr>
                <w:b/>
                <w:color w:val="0F2942"/>
                <w:sz w:val="14"/>
              </w:rPr>
              <w:t>Peningkatan Kapasitas BPD</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BPD</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336.000.000,00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Pemberdayaan</w:t>
            </w:r>
            <w:proofErr w:type="spellEnd"/>
            <w:r>
              <w:rPr>
                <w:b/>
                <w:color w:val="005B96"/>
                <w:sz w:val="15"/>
              </w:rPr>
              <w:t xml:space="preserve"> </w:t>
            </w:r>
            <w:proofErr w:type="spellStart"/>
            <w:r>
              <w:rPr>
                <w:b/>
                <w:color w:val="005B96"/>
                <w:sz w:val="15"/>
              </w:rPr>
              <w:t>Perempuan</w:t>
            </w:r>
            <w:proofErr w:type="spellEnd"/>
            <w:r>
              <w:rPr>
                <w:b/>
                <w:color w:val="005B96"/>
                <w:sz w:val="15"/>
              </w:rPr>
              <w:t xml:space="preserve">, </w:t>
            </w:r>
            <w:proofErr w:type="spellStart"/>
            <w:r>
              <w:rPr>
                <w:b/>
                <w:color w:val="005B96"/>
                <w:sz w:val="15"/>
              </w:rPr>
              <w:t>Perlindungan</w:t>
            </w:r>
            <w:proofErr w:type="spellEnd"/>
            <w:r>
              <w:rPr>
                <w:b/>
                <w:color w:val="005B96"/>
                <w:sz w:val="15"/>
              </w:rPr>
              <w:t xml:space="preserve"> Anak dan Keluarga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04.04.01</w:t>
            </w:r>
          </w:p>
        </w:tc>
        <w:tc>
          <w:tcPr>
            <w:tcW w:w="2818" w:type="dxa"/>
            <w:shd w:val="clear" w:color="auto" w:fill="F8FAFC"/>
            <w:tcMar>
              <w:top w:w="35" w:type="dxa"/>
              <w:left w:w="35" w:type="dxa"/>
              <w:bottom w:w="35" w:type="dxa"/>
              <w:right w:w="35" w:type="dxa"/>
            </w:tcMar>
          </w:tcPr>
          <w:p w:rsidR="000040E7" w:rsidRDefault="00F27CD8">
            <w:r>
              <w:rPr>
                <w:b/>
                <w:color w:val="0F2942"/>
                <w:sz w:val="14"/>
              </w:rPr>
              <w:t>Pelatihan dan Penyuluhan Pemberdayaan Perempuan</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Pemberdayaan Perempuan</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Kaur TU dan Umum</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19.000.000,00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04.04.02</w:t>
            </w:r>
          </w:p>
        </w:tc>
        <w:tc>
          <w:tcPr>
            <w:tcW w:w="2818" w:type="dxa"/>
            <w:shd w:val="clear" w:color="auto" w:fill="FFFFFF"/>
            <w:tcMar>
              <w:top w:w="35" w:type="dxa"/>
              <w:left w:w="35" w:type="dxa"/>
              <w:bottom w:w="35" w:type="dxa"/>
              <w:right w:w="35" w:type="dxa"/>
            </w:tcMar>
          </w:tcPr>
          <w:p w:rsidR="000040E7" w:rsidRDefault="00F27CD8">
            <w:r>
              <w:rPr>
                <w:b/>
                <w:color w:val="0F2942"/>
                <w:sz w:val="14"/>
              </w:rPr>
              <w:t>Pelatihan dan Penyuluhan Perlindungan Anak</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Kader Perlindungan Anak</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Kaur TU dan Umum</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19.000.000,00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04.04.03</w:t>
            </w:r>
          </w:p>
        </w:tc>
        <w:tc>
          <w:tcPr>
            <w:tcW w:w="2818" w:type="dxa"/>
            <w:shd w:val="clear" w:color="auto" w:fill="F8FAFC"/>
            <w:tcMar>
              <w:top w:w="35" w:type="dxa"/>
              <w:left w:w="35" w:type="dxa"/>
              <w:bottom w:w="35" w:type="dxa"/>
              <w:right w:w="35" w:type="dxa"/>
            </w:tcMar>
          </w:tcPr>
          <w:p w:rsidR="000040E7" w:rsidRDefault="00F27CD8">
            <w:r>
              <w:rPr>
                <w:b/>
                <w:color w:val="0F2942"/>
                <w:sz w:val="14"/>
              </w:rPr>
              <w:t>Pelatihan dan Penguatan Penyandang Difable (Penyandang Disabilitas)</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Penyandang Difable</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Kaur TU dan Umum</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22.000.000,00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04.04.04</w:t>
            </w:r>
          </w:p>
        </w:tc>
        <w:tc>
          <w:tcPr>
            <w:tcW w:w="2818" w:type="dxa"/>
            <w:shd w:val="clear" w:color="auto" w:fill="FFFFFF"/>
            <w:tcMar>
              <w:top w:w="35" w:type="dxa"/>
              <w:left w:w="35" w:type="dxa"/>
              <w:bottom w:w="35" w:type="dxa"/>
              <w:right w:w="35" w:type="dxa"/>
            </w:tcMar>
          </w:tcPr>
          <w:p w:rsidR="000040E7" w:rsidRDefault="00F27CD8">
            <w:r>
              <w:rPr>
                <w:b/>
                <w:color w:val="0F2942"/>
                <w:sz w:val="14"/>
              </w:rPr>
              <w:t>Penyediaan Insentif PIK-R</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PIK-R</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Kaur TU dan Umum</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4.000.000,00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Koperasi</w:t>
            </w:r>
            <w:proofErr w:type="spellEnd"/>
            <w:r>
              <w:rPr>
                <w:b/>
                <w:color w:val="005B96"/>
                <w:sz w:val="15"/>
              </w:rPr>
              <w:t xml:space="preserve">, Usaha </w:t>
            </w:r>
            <w:proofErr w:type="spellStart"/>
            <w:r>
              <w:rPr>
                <w:b/>
                <w:color w:val="005B96"/>
                <w:sz w:val="15"/>
              </w:rPr>
              <w:t>Mikro</w:t>
            </w:r>
            <w:proofErr w:type="spellEnd"/>
            <w:r>
              <w:rPr>
                <w:b/>
                <w:color w:val="005B96"/>
                <w:sz w:val="15"/>
              </w:rPr>
              <w:t xml:space="preserve"> Kecil dan Menengah (UMKM)</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04.05.01</w:t>
            </w:r>
          </w:p>
        </w:tc>
        <w:tc>
          <w:tcPr>
            <w:tcW w:w="2818" w:type="dxa"/>
            <w:shd w:val="clear" w:color="auto" w:fill="F8FAFC"/>
            <w:tcMar>
              <w:top w:w="35" w:type="dxa"/>
              <w:left w:w="35" w:type="dxa"/>
              <w:bottom w:w="35" w:type="dxa"/>
              <w:right w:w="35" w:type="dxa"/>
            </w:tcMar>
          </w:tcPr>
          <w:p w:rsidR="000040E7" w:rsidRDefault="00F27CD8">
            <w:r>
              <w:rPr>
                <w:b/>
                <w:color w:val="0F2942"/>
                <w:sz w:val="14"/>
              </w:rPr>
              <w:t>Pengembangan Sarana Prasarana Usaha Mikro, Kecil, Menengah dan Koperasi</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Pelayanan</w:t>
            </w:r>
          </w:p>
        </w:tc>
        <w:tc>
          <w:tcPr>
            <w:tcW w:w="1259" w:type="dxa"/>
            <w:shd w:val="clear" w:color="auto" w:fill="F8FAFC"/>
            <w:tcMar>
              <w:top w:w="35" w:type="dxa"/>
              <w:left w:w="35" w:type="dxa"/>
              <w:bottom w:w="35" w:type="dxa"/>
              <w:right w:w="35" w:type="dxa"/>
            </w:tcMar>
          </w:tcPr>
          <w:p w:rsidR="000040E7" w:rsidRDefault="006C5050">
            <w:pPr>
              <w:jc w:val="right"/>
            </w:pPr>
            <w:r>
              <w:rPr>
                <w:b/>
                <w:color w:val="0F2942"/>
                <w:sz w:val="14"/>
              </w:rPr>
              <w:t>1</w:t>
            </w:r>
            <w:r w:rsidR="00F27CD8">
              <w:rPr>
                <w:b/>
                <w:color w:val="0F2942"/>
                <w:sz w:val="14"/>
              </w:rPr>
              <w:t>56.000.000,00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Dukungan</w:t>
            </w:r>
            <w:proofErr w:type="spellEnd"/>
            <w:r>
              <w:rPr>
                <w:b/>
                <w:color w:val="005B96"/>
                <w:sz w:val="15"/>
              </w:rPr>
              <w:t xml:space="preserve"> </w:t>
            </w:r>
            <w:proofErr w:type="spellStart"/>
            <w:r>
              <w:rPr>
                <w:b/>
                <w:color w:val="005B96"/>
                <w:sz w:val="15"/>
              </w:rPr>
              <w:t>Penanaman</w:t>
            </w:r>
            <w:proofErr w:type="spellEnd"/>
            <w:r>
              <w:rPr>
                <w:b/>
                <w:color w:val="005B96"/>
                <w:sz w:val="15"/>
              </w:rPr>
              <w:t xml:space="preserve"> Modal</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04.06.01</w:t>
            </w:r>
          </w:p>
        </w:tc>
        <w:tc>
          <w:tcPr>
            <w:tcW w:w="2818" w:type="dxa"/>
            <w:shd w:val="clear" w:color="auto" w:fill="FFFFFF"/>
            <w:tcMar>
              <w:top w:w="35" w:type="dxa"/>
              <w:left w:w="35" w:type="dxa"/>
              <w:bottom w:w="35" w:type="dxa"/>
              <w:right w:w="35" w:type="dxa"/>
            </w:tcMar>
          </w:tcPr>
          <w:p w:rsidR="000040E7" w:rsidRDefault="00F27CD8">
            <w:r>
              <w:rPr>
                <w:b/>
                <w:color w:val="0F2942"/>
                <w:sz w:val="14"/>
              </w:rPr>
              <w:t>Pembentukan BUM Desa (Persiapan dan Pembentukan Awal BUMDesa)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25.000.000,00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04.06.02</w:t>
            </w:r>
          </w:p>
        </w:tc>
        <w:tc>
          <w:tcPr>
            <w:tcW w:w="2818" w:type="dxa"/>
            <w:shd w:val="clear" w:color="auto" w:fill="F8FAFC"/>
            <w:tcMar>
              <w:top w:w="35" w:type="dxa"/>
              <w:left w:w="35" w:type="dxa"/>
              <w:bottom w:w="35" w:type="dxa"/>
              <w:right w:w="35" w:type="dxa"/>
            </w:tcMar>
          </w:tcPr>
          <w:p w:rsidR="000040E7" w:rsidRDefault="00F27CD8">
            <w:r>
              <w:rPr>
                <w:b/>
                <w:color w:val="0F2942"/>
                <w:sz w:val="14"/>
              </w:rPr>
              <w:t>Pelatihan Pengelolaan BUM Desa (Pelatihan yg Dilaksanakan oleh Pemdes)</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Pengurus BUMDesa</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17.000.000,00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Perdagangan</w:t>
            </w:r>
            <w:proofErr w:type="spellEnd"/>
            <w:r>
              <w:rPr>
                <w:b/>
                <w:color w:val="005B96"/>
                <w:sz w:val="15"/>
              </w:rPr>
              <w:t xml:space="preserve"> </w:t>
            </w:r>
            <w:proofErr w:type="spellStart"/>
            <w:r>
              <w:rPr>
                <w:b/>
                <w:color w:val="005B96"/>
                <w:sz w:val="15"/>
              </w:rPr>
              <w:t>dan</w:t>
            </w:r>
            <w:proofErr w:type="spellEnd"/>
            <w:r>
              <w:rPr>
                <w:b/>
                <w:color w:val="005B96"/>
                <w:sz w:val="15"/>
              </w:rPr>
              <w:t xml:space="preserve"> </w:t>
            </w:r>
            <w:proofErr w:type="spellStart"/>
            <w:r>
              <w:rPr>
                <w:b/>
                <w:color w:val="005B96"/>
                <w:sz w:val="15"/>
              </w:rPr>
              <w:t>Perindustrian</w:t>
            </w:r>
            <w:proofErr w:type="spellEnd"/>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04.07.01</w:t>
            </w:r>
          </w:p>
        </w:tc>
        <w:tc>
          <w:tcPr>
            <w:tcW w:w="2818" w:type="dxa"/>
            <w:shd w:val="clear" w:color="auto" w:fill="FFFFFF"/>
            <w:tcMar>
              <w:top w:w="35" w:type="dxa"/>
              <w:left w:w="35" w:type="dxa"/>
              <w:bottom w:w="35" w:type="dxa"/>
              <w:right w:w="35" w:type="dxa"/>
            </w:tcMar>
          </w:tcPr>
          <w:p w:rsidR="000040E7" w:rsidRDefault="00F27CD8">
            <w:r>
              <w:rPr>
                <w:b/>
                <w:color w:val="0F2942"/>
                <w:sz w:val="14"/>
              </w:rPr>
              <w:t>Pengembangan Industri Kecil Tingkat Desa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Pelayanan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80.000.000,00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lastRenderedPageBreak/>
              <w:t>04.07.02</w:t>
            </w:r>
          </w:p>
        </w:tc>
        <w:tc>
          <w:tcPr>
            <w:tcW w:w="2818" w:type="dxa"/>
            <w:shd w:val="clear" w:color="auto" w:fill="F8FAFC"/>
            <w:tcMar>
              <w:top w:w="35" w:type="dxa"/>
              <w:left w:w="35" w:type="dxa"/>
              <w:bottom w:w="35" w:type="dxa"/>
              <w:right w:w="35" w:type="dxa"/>
            </w:tcMar>
          </w:tcPr>
          <w:p w:rsidR="000040E7" w:rsidRDefault="00F27CD8">
            <w:r>
              <w:rPr>
                <w:b/>
                <w:color w:val="0F2942"/>
                <w:sz w:val="14"/>
              </w:rPr>
              <w:t>Pembentukan/Fasilitasi/Pelatihan/Pendampingan Kelompok Usaha Ekonomi Produktif</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Kelompok UMKM</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Pelayanan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18.000.000,00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ADD</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7360" w:type="dxa"/>
            <w:gridSpan w:val="7"/>
            <w:shd w:val="clear" w:color="auto" w:fill="E2E8F0"/>
            <w:tcMar>
              <w:top w:w="50" w:type="dxa"/>
              <w:left w:w="50" w:type="dxa"/>
              <w:bottom w:w="50" w:type="dxa"/>
              <w:right w:w="50" w:type="dxa"/>
            </w:tcMar>
          </w:tcPr>
          <w:p w:rsidR="000040E7" w:rsidRDefault="00F27CD8">
            <w:pPr>
              <w:jc w:val="right"/>
            </w:pPr>
            <w:r>
              <w:rPr>
                <w:b/>
                <w:color w:val="0F2942"/>
                <w:sz w:val="15"/>
              </w:rPr>
              <w:t>JUMLAH BIDANG PEMBERDAYAAN MASYARAKAT:</w:t>
            </w:r>
          </w:p>
        </w:tc>
        <w:tc>
          <w:tcPr>
            <w:tcW w:w="1259" w:type="dxa"/>
            <w:shd w:val="clear" w:color="auto" w:fill="E2E8F0"/>
            <w:tcMar>
              <w:top w:w="50" w:type="dxa"/>
              <w:left w:w="50" w:type="dxa"/>
              <w:bottom w:w="50" w:type="dxa"/>
              <w:right w:w="50" w:type="dxa"/>
            </w:tcMar>
          </w:tcPr>
          <w:p w:rsidR="000040E7" w:rsidRDefault="00F27CD8" w:rsidP="00A509F2">
            <w:pPr>
              <w:jc w:val="right"/>
            </w:pPr>
            <w:r>
              <w:rPr>
                <w:b/>
                <w:color w:val="0F2942"/>
                <w:sz w:val="16"/>
              </w:rPr>
              <w:t>1.581.000.000</w:t>
            </w:r>
          </w:p>
        </w:tc>
        <w:tc>
          <w:tcPr>
            <w:tcW w:w="1335" w:type="dxa"/>
            <w:gridSpan w:val="2"/>
            <w:shd w:val="clear" w:color="auto" w:fill="E2E8F0"/>
          </w:tcPr>
          <w:p w:rsidR="000040E7" w:rsidRDefault="000040E7"/>
        </w:tc>
      </w:tr>
      <w:tr w:rsidR="000040E7" w:rsidTr="003C569C">
        <w:trPr>
          <w:jc w:val="center"/>
        </w:trPr>
        <w:tc>
          <w:tcPr>
            <w:tcW w:w="9954" w:type="dxa"/>
            <w:gridSpan w:val="10"/>
            <w:shd w:val="clear" w:color="auto" w:fill="1B365D"/>
            <w:tcMar>
              <w:top w:w="70" w:type="dxa"/>
              <w:left w:w="70" w:type="dxa"/>
              <w:bottom w:w="70" w:type="dxa"/>
              <w:right w:w="70" w:type="dxa"/>
            </w:tcMar>
          </w:tcPr>
          <w:p w:rsidR="000040E7" w:rsidRDefault="00F27CD8">
            <w:r>
              <w:rPr>
                <w:b/>
                <w:color w:val="FFFFFF"/>
                <w:sz w:val="16"/>
              </w:rPr>
              <w:t>05  BIDANG PENANGGULANGAN BENCANA, DARURAT DAN MENDESAK</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Sub Bidang Penanggulangan Bencana</w:t>
            </w:r>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05.01.01</w:t>
            </w:r>
          </w:p>
        </w:tc>
        <w:tc>
          <w:tcPr>
            <w:tcW w:w="2818" w:type="dxa"/>
            <w:shd w:val="clear" w:color="auto" w:fill="FFFFFF"/>
            <w:tcMar>
              <w:top w:w="35" w:type="dxa"/>
              <w:left w:w="35" w:type="dxa"/>
              <w:bottom w:w="35" w:type="dxa"/>
              <w:right w:w="35" w:type="dxa"/>
            </w:tcMar>
          </w:tcPr>
          <w:p w:rsidR="000040E7" w:rsidRDefault="00F27CD8">
            <w:r>
              <w:rPr>
                <w:b/>
                <w:color w:val="0F2942"/>
                <w:sz w:val="14"/>
              </w:rPr>
              <w:t>Kegiatan Penanggulangan Bencana</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100.000.000,00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Keadaan</w:t>
            </w:r>
            <w:proofErr w:type="spellEnd"/>
            <w:r>
              <w:rPr>
                <w:b/>
                <w:color w:val="005B96"/>
                <w:sz w:val="15"/>
              </w:rPr>
              <w:t xml:space="preserve"> </w:t>
            </w:r>
            <w:proofErr w:type="spellStart"/>
            <w:r>
              <w:rPr>
                <w:b/>
                <w:color w:val="005B96"/>
                <w:sz w:val="15"/>
              </w:rPr>
              <w:t>Darurat</w:t>
            </w:r>
            <w:proofErr w:type="spellEnd"/>
          </w:p>
        </w:tc>
      </w:tr>
      <w:tr w:rsidR="003C569C" w:rsidTr="003C569C">
        <w:trPr>
          <w:jc w:val="center"/>
        </w:trPr>
        <w:tc>
          <w:tcPr>
            <w:tcW w:w="672" w:type="dxa"/>
            <w:shd w:val="clear" w:color="auto" w:fill="F8FAFC"/>
            <w:tcMar>
              <w:top w:w="35" w:type="dxa"/>
              <w:left w:w="35" w:type="dxa"/>
              <w:bottom w:w="35" w:type="dxa"/>
              <w:right w:w="35" w:type="dxa"/>
            </w:tcMar>
          </w:tcPr>
          <w:p w:rsidR="000040E7" w:rsidRDefault="00F27CD8">
            <w:pPr>
              <w:jc w:val="center"/>
            </w:pPr>
            <w:r>
              <w:rPr>
                <w:color w:val="475569"/>
                <w:sz w:val="13"/>
              </w:rPr>
              <w:t>05.02.01</w:t>
            </w:r>
          </w:p>
        </w:tc>
        <w:tc>
          <w:tcPr>
            <w:tcW w:w="2818" w:type="dxa"/>
            <w:shd w:val="clear" w:color="auto" w:fill="F8FAFC"/>
            <w:tcMar>
              <w:top w:w="35" w:type="dxa"/>
              <w:left w:w="35" w:type="dxa"/>
              <w:bottom w:w="35" w:type="dxa"/>
              <w:right w:w="35" w:type="dxa"/>
            </w:tcMar>
          </w:tcPr>
          <w:p w:rsidR="000040E7" w:rsidRDefault="00F27CD8">
            <w:r>
              <w:rPr>
                <w:b/>
                <w:color w:val="0F2942"/>
                <w:sz w:val="14"/>
              </w:rPr>
              <w:t>Penanganan Keadaan Darurat</w:t>
            </w:r>
          </w:p>
        </w:tc>
        <w:tc>
          <w:tcPr>
            <w:tcW w:w="618" w:type="dxa"/>
            <w:shd w:val="clear" w:color="auto" w:fill="F8FAFC"/>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8FAFC"/>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8FAFC"/>
            <w:tcMar>
              <w:top w:w="35" w:type="dxa"/>
              <w:left w:w="35" w:type="dxa"/>
              <w:bottom w:w="35" w:type="dxa"/>
              <w:right w:w="35" w:type="dxa"/>
            </w:tcMar>
          </w:tcPr>
          <w:p w:rsidR="000040E7" w:rsidRDefault="00F27CD8">
            <w:r>
              <w:rPr>
                <w:color w:val="334155"/>
                <w:sz w:val="14"/>
              </w:rPr>
              <w:t>Masyarakat</w:t>
            </w:r>
          </w:p>
        </w:tc>
        <w:tc>
          <w:tcPr>
            <w:tcW w:w="630" w:type="dxa"/>
            <w:shd w:val="clear" w:color="auto" w:fill="F8FAFC"/>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8FAFC"/>
            <w:tcMar>
              <w:top w:w="35" w:type="dxa"/>
              <w:left w:w="35" w:type="dxa"/>
              <w:bottom w:w="35" w:type="dxa"/>
              <w:right w:w="35" w:type="dxa"/>
            </w:tcMar>
          </w:tcPr>
          <w:p w:rsidR="000040E7" w:rsidRDefault="00F27CD8">
            <w:r>
              <w:rPr>
                <w:color w:val="0F2942"/>
                <w:sz w:val="14"/>
              </w:rPr>
              <w:t>Kasi Pemerintahan</w:t>
            </w:r>
          </w:p>
        </w:tc>
        <w:tc>
          <w:tcPr>
            <w:tcW w:w="1259" w:type="dxa"/>
            <w:shd w:val="clear" w:color="auto" w:fill="F8FAFC"/>
            <w:tcMar>
              <w:top w:w="35" w:type="dxa"/>
              <w:left w:w="35" w:type="dxa"/>
              <w:bottom w:w="35" w:type="dxa"/>
              <w:right w:w="35" w:type="dxa"/>
            </w:tcMar>
          </w:tcPr>
          <w:p w:rsidR="000040E7" w:rsidRDefault="00F27CD8">
            <w:pPr>
              <w:jc w:val="right"/>
            </w:pPr>
            <w:r>
              <w:rPr>
                <w:b/>
                <w:color w:val="0F2942"/>
                <w:sz w:val="14"/>
              </w:rPr>
              <w:t>88.000.000,00</w:t>
            </w:r>
          </w:p>
        </w:tc>
        <w:tc>
          <w:tcPr>
            <w:tcW w:w="721" w:type="dxa"/>
            <w:shd w:val="clear" w:color="auto" w:fill="F8FAFC"/>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8FAFC"/>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9954" w:type="dxa"/>
            <w:gridSpan w:val="10"/>
            <w:shd w:val="clear" w:color="auto" w:fill="F1F5F9"/>
            <w:tcMar>
              <w:top w:w="45" w:type="dxa"/>
              <w:left w:w="60" w:type="dxa"/>
              <w:bottom w:w="45" w:type="dxa"/>
              <w:right w:w="50" w:type="dxa"/>
            </w:tcMar>
          </w:tcPr>
          <w:p w:rsidR="000040E7" w:rsidRDefault="00F27CD8">
            <w:r>
              <w:rPr>
                <w:b/>
                <w:color w:val="005B96"/>
                <w:sz w:val="15"/>
              </w:rPr>
              <w:t xml:space="preserve">•  Sub </w:t>
            </w:r>
            <w:proofErr w:type="spellStart"/>
            <w:r>
              <w:rPr>
                <w:b/>
                <w:color w:val="005B96"/>
                <w:sz w:val="15"/>
              </w:rPr>
              <w:t>Bidang</w:t>
            </w:r>
            <w:proofErr w:type="spellEnd"/>
            <w:r>
              <w:rPr>
                <w:b/>
                <w:color w:val="005B96"/>
                <w:sz w:val="15"/>
              </w:rPr>
              <w:t xml:space="preserve"> </w:t>
            </w:r>
            <w:proofErr w:type="spellStart"/>
            <w:r>
              <w:rPr>
                <w:b/>
                <w:color w:val="005B96"/>
                <w:sz w:val="15"/>
              </w:rPr>
              <w:t>Keadaan</w:t>
            </w:r>
            <w:proofErr w:type="spellEnd"/>
            <w:r>
              <w:rPr>
                <w:b/>
                <w:color w:val="005B96"/>
                <w:sz w:val="15"/>
              </w:rPr>
              <w:t xml:space="preserve"> </w:t>
            </w:r>
            <w:proofErr w:type="spellStart"/>
            <w:r>
              <w:rPr>
                <w:b/>
                <w:color w:val="005B96"/>
                <w:sz w:val="15"/>
              </w:rPr>
              <w:t>Mendesak</w:t>
            </w:r>
            <w:proofErr w:type="spellEnd"/>
          </w:p>
        </w:tc>
      </w:tr>
      <w:tr w:rsidR="003C569C" w:rsidTr="003C569C">
        <w:trPr>
          <w:jc w:val="center"/>
        </w:trPr>
        <w:tc>
          <w:tcPr>
            <w:tcW w:w="672" w:type="dxa"/>
            <w:shd w:val="clear" w:color="auto" w:fill="FFFFFF"/>
            <w:tcMar>
              <w:top w:w="35" w:type="dxa"/>
              <w:left w:w="35" w:type="dxa"/>
              <w:bottom w:w="35" w:type="dxa"/>
              <w:right w:w="35" w:type="dxa"/>
            </w:tcMar>
          </w:tcPr>
          <w:p w:rsidR="000040E7" w:rsidRDefault="00F27CD8">
            <w:pPr>
              <w:jc w:val="center"/>
            </w:pPr>
            <w:r>
              <w:rPr>
                <w:color w:val="475569"/>
                <w:sz w:val="13"/>
              </w:rPr>
              <w:t>05.03.01</w:t>
            </w:r>
          </w:p>
        </w:tc>
        <w:tc>
          <w:tcPr>
            <w:tcW w:w="2818" w:type="dxa"/>
            <w:shd w:val="clear" w:color="auto" w:fill="FFFFFF"/>
            <w:tcMar>
              <w:top w:w="35" w:type="dxa"/>
              <w:left w:w="35" w:type="dxa"/>
              <w:bottom w:w="35" w:type="dxa"/>
              <w:right w:w="35" w:type="dxa"/>
            </w:tcMar>
          </w:tcPr>
          <w:p w:rsidR="000040E7" w:rsidRDefault="00F27CD8">
            <w:r>
              <w:rPr>
                <w:b/>
                <w:color w:val="0F2942"/>
                <w:sz w:val="14"/>
              </w:rPr>
              <w:t>Penanganan Keadaan Mendesak</w:t>
            </w:r>
          </w:p>
        </w:tc>
        <w:tc>
          <w:tcPr>
            <w:tcW w:w="618" w:type="dxa"/>
            <w:shd w:val="clear" w:color="auto" w:fill="FFFFFF"/>
            <w:tcMar>
              <w:top w:w="35" w:type="dxa"/>
              <w:left w:w="35" w:type="dxa"/>
              <w:bottom w:w="35" w:type="dxa"/>
              <w:right w:w="35" w:type="dxa"/>
            </w:tcMar>
          </w:tcPr>
          <w:p w:rsidR="000040E7" w:rsidRDefault="00F27CD8">
            <w:pPr>
              <w:jc w:val="center"/>
            </w:pPr>
            <w:r>
              <w:rPr>
                <w:color w:val="334155"/>
                <w:sz w:val="14"/>
              </w:rPr>
              <w:t>Bungko</w:t>
            </w:r>
          </w:p>
        </w:tc>
        <w:tc>
          <w:tcPr>
            <w:tcW w:w="642" w:type="dxa"/>
            <w:shd w:val="clear" w:color="auto" w:fill="FFFFFF"/>
            <w:tcMar>
              <w:top w:w="35" w:type="dxa"/>
              <w:left w:w="35" w:type="dxa"/>
              <w:bottom w:w="35" w:type="dxa"/>
              <w:right w:w="35" w:type="dxa"/>
            </w:tcMar>
          </w:tcPr>
          <w:p w:rsidR="000040E7" w:rsidRDefault="00F27CD8">
            <w:pPr>
              <w:jc w:val="center"/>
            </w:pPr>
            <w:r>
              <w:rPr>
                <w:color w:val="334155"/>
                <w:sz w:val="14"/>
              </w:rPr>
              <w:t>1 Paket</w:t>
            </w:r>
          </w:p>
        </w:tc>
        <w:tc>
          <w:tcPr>
            <w:tcW w:w="990" w:type="dxa"/>
            <w:shd w:val="clear" w:color="auto" w:fill="FFFFFF"/>
            <w:tcMar>
              <w:top w:w="35" w:type="dxa"/>
              <w:left w:w="35" w:type="dxa"/>
              <w:bottom w:w="35" w:type="dxa"/>
              <w:right w:w="35" w:type="dxa"/>
            </w:tcMar>
          </w:tcPr>
          <w:p w:rsidR="000040E7" w:rsidRDefault="00F27CD8">
            <w:r>
              <w:rPr>
                <w:color w:val="334155"/>
                <w:sz w:val="14"/>
              </w:rPr>
              <w:t>Masyarakat</w:t>
            </w:r>
          </w:p>
        </w:tc>
        <w:tc>
          <w:tcPr>
            <w:tcW w:w="630" w:type="dxa"/>
            <w:shd w:val="clear" w:color="auto" w:fill="FFFFFF"/>
            <w:tcMar>
              <w:top w:w="35" w:type="dxa"/>
              <w:left w:w="35" w:type="dxa"/>
              <w:bottom w:w="35" w:type="dxa"/>
              <w:right w:w="35" w:type="dxa"/>
            </w:tcMar>
          </w:tcPr>
          <w:p w:rsidR="000040E7" w:rsidRDefault="00F27CD8">
            <w:pPr>
              <w:jc w:val="center"/>
            </w:pPr>
            <w:r>
              <w:rPr>
                <w:color w:val="334155"/>
                <w:sz w:val="14"/>
              </w:rPr>
              <w:t>12 Bln</w:t>
            </w:r>
          </w:p>
        </w:tc>
        <w:tc>
          <w:tcPr>
            <w:tcW w:w="990" w:type="dxa"/>
            <w:shd w:val="clear" w:color="auto" w:fill="FFFFFF"/>
            <w:tcMar>
              <w:top w:w="35" w:type="dxa"/>
              <w:left w:w="35" w:type="dxa"/>
              <w:bottom w:w="35" w:type="dxa"/>
              <w:right w:w="35" w:type="dxa"/>
            </w:tcMar>
          </w:tcPr>
          <w:p w:rsidR="000040E7" w:rsidRDefault="00F27CD8">
            <w:r>
              <w:rPr>
                <w:color w:val="0F2942"/>
                <w:sz w:val="14"/>
              </w:rPr>
              <w:t>Kaur TU dan Umum</w:t>
            </w:r>
          </w:p>
        </w:tc>
        <w:tc>
          <w:tcPr>
            <w:tcW w:w="1259" w:type="dxa"/>
            <w:shd w:val="clear" w:color="auto" w:fill="FFFFFF"/>
            <w:tcMar>
              <w:top w:w="35" w:type="dxa"/>
              <w:left w:w="35" w:type="dxa"/>
              <w:bottom w:w="35" w:type="dxa"/>
              <w:right w:w="35" w:type="dxa"/>
            </w:tcMar>
          </w:tcPr>
          <w:p w:rsidR="000040E7" w:rsidRDefault="00F27CD8">
            <w:pPr>
              <w:jc w:val="right"/>
            </w:pPr>
            <w:r>
              <w:rPr>
                <w:b/>
                <w:color w:val="0F2942"/>
                <w:sz w:val="14"/>
              </w:rPr>
              <w:t>80.000.000,00</w:t>
            </w:r>
          </w:p>
        </w:tc>
        <w:tc>
          <w:tcPr>
            <w:tcW w:w="721" w:type="dxa"/>
            <w:shd w:val="clear" w:color="auto" w:fill="FFFFFF"/>
            <w:tcMar>
              <w:top w:w="35" w:type="dxa"/>
              <w:left w:w="35" w:type="dxa"/>
              <w:bottom w:w="35" w:type="dxa"/>
              <w:right w:w="35" w:type="dxa"/>
            </w:tcMar>
          </w:tcPr>
          <w:p w:rsidR="000040E7" w:rsidRDefault="00F27CD8">
            <w:pPr>
              <w:jc w:val="center"/>
            </w:pPr>
            <w:r>
              <w:rPr>
                <w:b/>
                <w:color w:val="005B96"/>
                <w:sz w:val="14"/>
              </w:rPr>
              <w:t>DDS</w:t>
            </w:r>
          </w:p>
        </w:tc>
        <w:tc>
          <w:tcPr>
            <w:tcW w:w="614" w:type="dxa"/>
            <w:shd w:val="clear" w:color="auto" w:fill="FFFFFF"/>
            <w:tcMar>
              <w:top w:w="35" w:type="dxa"/>
              <w:left w:w="35" w:type="dxa"/>
              <w:bottom w:w="35" w:type="dxa"/>
              <w:right w:w="35" w:type="dxa"/>
            </w:tcMar>
          </w:tcPr>
          <w:p w:rsidR="000040E7" w:rsidRDefault="00F27CD8">
            <w:pPr>
              <w:jc w:val="center"/>
            </w:pPr>
            <w:r>
              <w:rPr>
                <w:color w:val="475569"/>
                <w:sz w:val="13"/>
              </w:rPr>
              <w:t>Swakelola</w:t>
            </w:r>
          </w:p>
        </w:tc>
      </w:tr>
      <w:tr w:rsidR="000040E7" w:rsidTr="003C569C">
        <w:trPr>
          <w:jc w:val="center"/>
        </w:trPr>
        <w:tc>
          <w:tcPr>
            <w:tcW w:w="7360" w:type="dxa"/>
            <w:gridSpan w:val="7"/>
            <w:shd w:val="clear" w:color="auto" w:fill="E2E8F0"/>
            <w:tcMar>
              <w:top w:w="50" w:type="dxa"/>
              <w:left w:w="50" w:type="dxa"/>
              <w:bottom w:w="50" w:type="dxa"/>
              <w:right w:w="50" w:type="dxa"/>
            </w:tcMar>
          </w:tcPr>
          <w:p w:rsidR="000040E7" w:rsidRDefault="00F27CD8">
            <w:pPr>
              <w:jc w:val="right"/>
            </w:pPr>
            <w:r>
              <w:rPr>
                <w:b/>
                <w:color w:val="0F2942"/>
                <w:sz w:val="15"/>
              </w:rPr>
              <w:t>JUMLAH BIDANG PENANGGULANGAN BENCANA, DARURAT DAN MENDESAK:</w:t>
            </w:r>
          </w:p>
        </w:tc>
        <w:tc>
          <w:tcPr>
            <w:tcW w:w="1259" w:type="dxa"/>
            <w:shd w:val="clear" w:color="auto" w:fill="E2E8F0"/>
            <w:tcMar>
              <w:top w:w="50" w:type="dxa"/>
              <w:left w:w="50" w:type="dxa"/>
              <w:bottom w:w="50" w:type="dxa"/>
              <w:right w:w="50" w:type="dxa"/>
            </w:tcMar>
          </w:tcPr>
          <w:p w:rsidR="000040E7" w:rsidRDefault="00F27CD8">
            <w:pPr>
              <w:jc w:val="right"/>
            </w:pPr>
            <w:r>
              <w:rPr>
                <w:b/>
                <w:color w:val="0F2942"/>
                <w:sz w:val="16"/>
              </w:rPr>
              <w:t>268.000.000,00</w:t>
            </w:r>
          </w:p>
        </w:tc>
        <w:tc>
          <w:tcPr>
            <w:tcW w:w="1335" w:type="dxa"/>
            <w:gridSpan w:val="2"/>
            <w:shd w:val="clear" w:color="auto" w:fill="E2E8F0"/>
          </w:tcPr>
          <w:p w:rsidR="000040E7" w:rsidRDefault="000040E7"/>
        </w:tc>
      </w:tr>
      <w:tr w:rsidR="000040E7" w:rsidTr="003C569C">
        <w:trPr>
          <w:jc w:val="center"/>
        </w:trPr>
        <w:tc>
          <w:tcPr>
            <w:tcW w:w="7360" w:type="dxa"/>
            <w:gridSpan w:val="7"/>
            <w:shd w:val="clear" w:color="auto" w:fill="0F2942"/>
            <w:tcMar>
              <w:top w:w="70" w:type="dxa"/>
              <w:left w:w="70" w:type="dxa"/>
              <w:bottom w:w="70" w:type="dxa"/>
              <w:right w:w="70" w:type="dxa"/>
            </w:tcMar>
          </w:tcPr>
          <w:p w:rsidR="000040E7" w:rsidRDefault="00F27CD8">
            <w:pPr>
              <w:jc w:val="right"/>
            </w:pPr>
            <w:r>
              <w:rPr>
                <w:b/>
                <w:color w:val="FFFFFF"/>
                <w:sz w:val="16"/>
              </w:rPr>
              <w:t>TOTAL KESELURUHAN RKP DESA T.A. 2027:</w:t>
            </w:r>
          </w:p>
        </w:tc>
        <w:tc>
          <w:tcPr>
            <w:tcW w:w="1259" w:type="dxa"/>
            <w:shd w:val="clear" w:color="auto" w:fill="0F2942"/>
            <w:tcMar>
              <w:top w:w="70" w:type="dxa"/>
              <w:left w:w="50" w:type="dxa"/>
              <w:bottom w:w="70" w:type="dxa"/>
              <w:right w:w="50" w:type="dxa"/>
            </w:tcMar>
          </w:tcPr>
          <w:p w:rsidR="000040E7" w:rsidRDefault="002B2F2D" w:rsidP="008F77E5">
            <w:pPr>
              <w:jc w:val="right"/>
            </w:pPr>
            <w:r>
              <w:rPr>
                <w:b/>
                <w:color w:val="FBBF24"/>
              </w:rPr>
              <w:t>6</w:t>
            </w:r>
            <w:r w:rsidR="00F27CD8">
              <w:rPr>
                <w:b/>
                <w:color w:val="FBBF24"/>
              </w:rPr>
              <w:t>.267.000.000</w:t>
            </w:r>
          </w:p>
        </w:tc>
        <w:tc>
          <w:tcPr>
            <w:tcW w:w="1335" w:type="dxa"/>
            <w:gridSpan w:val="2"/>
            <w:shd w:val="clear" w:color="auto" w:fill="0F2942"/>
          </w:tcPr>
          <w:p w:rsidR="000040E7" w:rsidRDefault="000040E7"/>
        </w:tc>
      </w:tr>
    </w:tbl>
    <w:p w:rsidR="000040E7" w:rsidRDefault="00F27CD8">
      <w:r>
        <w:br w:type="page"/>
      </w:r>
    </w:p>
    <w:p w:rsidR="000040E7" w:rsidRDefault="00F27CD8">
      <w:pPr>
        <w:spacing w:before="160" w:after="40"/>
        <w:jc w:val="center"/>
      </w:pPr>
      <w:r>
        <w:rPr>
          <w:b/>
          <w:color w:val="005B96"/>
          <w:sz w:val="19"/>
        </w:rPr>
        <w:lastRenderedPageBreak/>
        <w:t>LAMPIRAN DOKUMEN RKP DESA</w:t>
      </w:r>
      <w:r>
        <w:rPr>
          <w:b/>
          <w:color w:val="005B96"/>
          <w:sz w:val="19"/>
        </w:rPr>
        <w:br/>
      </w:r>
      <w:r>
        <w:rPr>
          <w:b/>
          <w:color w:val="0F2942"/>
          <w:sz w:val="24"/>
        </w:rPr>
        <w:t>DAFTAR USULAN RKP DESA (DU-RKP DESA)</w:t>
      </w:r>
      <w:r>
        <w:rPr>
          <w:b/>
          <w:color w:val="0F2942"/>
          <w:sz w:val="24"/>
        </w:rPr>
        <w:br/>
      </w:r>
      <w:r>
        <w:rPr>
          <w:b/>
          <w:color w:val="0F2942"/>
          <w:sz w:val="22"/>
        </w:rPr>
        <w:t>TAHUN ANGGARAN 2027</w:t>
      </w:r>
      <w:r>
        <w:rPr>
          <w:b/>
          <w:color w:val="0F2942"/>
          <w:sz w:val="22"/>
        </w:rPr>
        <w:br/>
      </w:r>
    </w:p>
    <w:tbl>
      <w:tblPr>
        <w:tblW w:w="0" w:type="auto"/>
        <w:jc w:val="center"/>
        <w:tblBorders>
          <w:top w:val="single" w:sz="4" w:space="0" w:color="CBD5E1"/>
          <w:bottom w:val="single" w:sz="4" w:space="0" w:color="CBD5E1"/>
          <w:insideH w:val="single" w:sz="4" w:space="0" w:color="CBD5E1"/>
          <w:insideV w:val="single" w:sz="4" w:space="0" w:color="CBD5E1"/>
        </w:tblBorders>
        <w:tblLook w:val="04A0"/>
      </w:tblPr>
      <w:tblGrid>
        <w:gridCol w:w="4820"/>
        <w:gridCol w:w="4820"/>
      </w:tblGrid>
      <w:tr w:rsidR="000040E7">
        <w:trPr>
          <w:jc w:val="center"/>
        </w:trPr>
        <w:tc>
          <w:tcPr>
            <w:tcW w:w="5216" w:type="dxa"/>
            <w:tcMar>
              <w:top w:w="30" w:type="dxa"/>
              <w:left w:w="50" w:type="dxa"/>
              <w:bottom w:w="30" w:type="dxa"/>
              <w:right w:w="50" w:type="dxa"/>
            </w:tcMar>
          </w:tcPr>
          <w:p w:rsidR="000040E7" w:rsidRDefault="00F27CD8">
            <w:pPr>
              <w:spacing w:after="40"/>
            </w:pPr>
            <w:r>
              <w:rPr>
                <w:b/>
              </w:rPr>
              <w:t xml:space="preserve">DESA </w:t>
            </w:r>
            <w:r w:rsidR="0040342E">
              <w:rPr>
                <w:b/>
              </w:rPr>
              <w:tab/>
            </w:r>
            <w:r w:rsidR="0040342E">
              <w:rPr>
                <w:b/>
              </w:rPr>
              <w:tab/>
            </w:r>
            <w:r>
              <w:rPr>
                <w:b/>
              </w:rPr>
              <w:t>: BUNGKO</w:t>
            </w:r>
          </w:p>
        </w:tc>
        <w:tc>
          <w:tcPr>
            <w:tcW w:w="5216" w:type="dxa"/>
            <w:tcMar>
              <w:top w:w="30" w:type="dxa"/>
              <w:left w:w="50" w:type="dxa"/>
              <w:bottom w:w="30" w:type="dxa"/>
              <w:right w:w="50" w:type="dxa"/>
            </w:tcMar>
          </w:tcPr>
          <w:p w:rsidR="000040E7" w:rsidRDefault="00F27CD8">
            <w:pPr>
              <w:spacing w:after="40"/>
            </w:pPr>
            <w:r>
              <w:rPr>
                <w:b/>
              </w:rPr>
              <w:t xml:space="preserve">KECAMATAN </w:t>
            </w:r>
            <w:r w:rsidR="0040342E">
              <w:rPr>
                <w:b/>
              </w:rPr>
              <w:tab/>
            </w:r>
            <w:r>
              <w:rPr>
                <w:b/>
              </w:rPr>
              <w:t>: KOTAMOBAGU SELATAN</w:t>
            </w:r>
          </w:p>
        </w:tc>
      </w:tr>
      <w:tr w:rsidR="000040E7">
        <w:trPr>
          <w:jc w:val="center"/>
        </w:trPr>
        <w:tc>
          <w:tcPr>
            <w:tcW w:w="5216" w:type="dxa"/>
            <w:tcMar>
              <w:top w:w="30" w:type="dxa"/>
              <w:left w:w="50" w:type="dxa"/>
              <w:bottom w:w="30" w:type="dxa"/>
              <w:right w:w="50" w:type="dxa"/>
            </w:tcMar>
          </w:tcPr>
          <w:p w:rsidR="000040E7" w:rsidRDefault="00F27CD8">
            <w:pPr>
              <w:spacing w:after="40"/>
            </w:pPr>
            <w:r>
              <w:rPr>
                <w:b/>
              </w:rPr>
              <w:t xml:space="preserve">KAB/KOTA </w:t>
            </w:r>
            <w:r w:rsidR="0040342E">
              <w:rPr>
                <w:b/>
              </w:rPr>
              <w:tab/>
            </w:r>
            <w:r>
              <w:rPr>
                <w:b/>
              </w:rPr>
              <w:t>: KOTA KOTAMOBAGU</w:t>
            </w:r>
          </w:p>
        </w:tc>
        <w:tc>
          <w:tcPr>
            <w:tcW w:w="5216" w:type="dxa"/>
            <w:tcMar>
              <w:top w:w="30" w:type="dxa"/>
              <w:left w:w="50" w:type="dxa"/>
              <w:bottom w:w="30" w:type="dxa"/>
              <w:right w:w="50" w:type="dxa"/>
            </w:tcMar>
          </w:tcPr>
          <w:p w:rsidR="000040E7" w:rsidRDefault="00F27CD8">
            <w:pPr>
              <w:spacing w:after="40"/>
            </w:pPr>
            <w:r>
              <w:rPr>
                <w:b/>
              </w:rPr>
              <w:t xml:space="preserve">PROVINSI </w:t>
            </w:r>
            <w:r w:rsidR="0040342E">
              <w:rPr>
                <w:b/>
              </w:rPr>
              <w:tab/>
            </w:r>
            <w:r>
              <w:rPr>
                <w:b/>
              </w:rPr>
              <w:t>: SULAWESI UTARA</w:t>
            </w:r>
          </w:p>
        </w:tc>
      </w:tr>
    </w:tbl>
    <w:p w:rsidR="000040E7" w:rsidRDefault="000040E7">
      <w:pPr>
        <w:spacing w:after="80"/>
      </w:pPr>
    </w:p>
    <w:tbl>
      <w:tblPr>
        <w:tblW w:w="0" w:type="auto"/>
        <w:jc w:val="center"/>
        <w:tblBorders>
          <w:top w:val="single" w:sz="4" w:space="0" w:color="B0BEC5"/>
          <w:bottom w:val="single" w:sz="4" w:space="0" w:color="B0BEC5"/>
          <w:insideH w:val="single" w:sz="4" w:space="0" w:color="B0BEC5"/>
          <w:insideV w:val="single" w:sz="4" w:space="0" w:color="B0BEC5"/>
        </w:tblBorders>
        <w:tblLook w:val="04A0"/>
      </w:tblPr>
      <w:tblGrid>
        <w:gridCol w:w="396"/>
        <w:gridCol w:w="2250"/>
        <w:gridCol w:w="572"/>
        <w:gridCol w:w="837"/>
        <w:gridCol w:w="735"/>
        <w:gridCol w:w="1180"/>
        <w:gridCol w:w="1168"/>
        <w:gridCol w:w="1478"/>
        <w:gridCol w:w="1014"/>
      </w:tblGrid>
      <w:tr w:rsidR="000040E7" w:rsidTr="00503FCC">
        <w:trPr>
          <w:tblHeader/>
          <w:jc w:val="center"/>
        </w:trPr>
        <w:tc>
          <w:tcPr>
            <w:tcW w:w="454" w:type="dxa"/>
            <w:shd w:val="clear" w:color="auto" w:fill="0F2942"/>
            <w:tcMar>
              <w:top w:w="70" w:type="dxa"/>
              <w:left w:w="45" w:type="dxa"/>
              <w:bottom w:w="70" w:type="dxa"/>
              <w:right w:w="45" w:type="dxa"/>
            </w:tcMar>
            <w:vAlign w:val="center"/>
          </w:tcPr>
          <w:p w:rsidR="000040E7" w:rsidRDefault="00F27CD8" w:rsidP="00503FCC">
            <w:pPr>
              <w:jc w:val="center"/>
            </w:pPr>
            <w:r>
              <w:rPr>
                <w:b/>
                <w:color w:val="FFFFFF"/>
                <w:sz w:val="15"/>
              </w:rPr>
              <w:t>NO</w:t>
            </w:r>
          </w:p>
        </w:tc>
        <w:tc>
          <w:tcPr>
            <w:tcW w:w="2494" w:type="dxa"/>
            <w:shd w:val="clear" w:color="auto" w:fill="0F2942"/>
            <w:tcMar>
              <w:top w:w="70" w:type="dxa"/>
              <w:left w:w="45" w:type="dxa"/>
              <w:bottom w:w="70" w:type="dxa"/>
              <w:right w:w="45" w:type="dxa"/>
            </w:tcMar>
            <w:vAlign w:val="center"/>
          </w:tcPr>
          <w:p w:rsidR="000040E7" w:rsidRDefault="00F27CD8" w:rsidP="00503FCC">
            <w:pPr>
              <w:jc w:val="center"/>
            </w:pPr>
            <w:r>
              <w:rPr>
                <w:b/>
                <w:color w:val="FFFFFF"/>
                <w:sz w:val="15"/>
              </w:rPr>
              <w:t>JENIS KEGIATAN</w:t>
            </w:r>
          </w:p>
        </w:tc>
        <w:tc>
          <w:tcPr>
            <w:tcW w:w="624" w:type="dxa"/>
            <w:shd w:val="clear" w:color="auto" w:fill="0F2942"/>
            <w:tcMar>
              <w:top w:w="70" w:type="dxa"/>
              <w:left w:w="45" w:type="dxa"/>
              <w:bottom w:w="70" w:type="dxa"/>
              <w:right w:w="45" w:type="dxa"/>
            </w:tcMar>
            <w:vAlign w:val="center"/>
          </w:tcPr>
          <w:p w:rsidR="000040E7" w:rsidRDefault="00F27CD8" w:rsidP="00503FCC">
            <w:pPr>
              <w:jc w:val="center"/>
            </w:pPr>
            <w:r>
              <w:rPr>
                <w:b/>
                <w:color w:val="FFFFFF"/>
                <w:sz w:val="15"/>
              </w:rPr>
              <w:t>SDGs</w:t>
            </w:r>
          </w:p>
        </w:tc>
        <w:tc>
          <w:tcPr>
            <w:tcW w:w="964" w:type="dxa"/>
            <w:shd w:val="clear" w:color="auto" w:fill="0F2942"/>
            <w:tcMar>
              <w:top w:w="70" w:type="dxa"/>
              <w:left w:w="45" w:type="dxa"/>
              <w:bottom w:w="70" w:type="dxa"/>
              <w:right w:w="45" w:type="dxa"/>
            </w:tcMar>
            <w:vAlign w:val="center"/>
          </w:tcPr>
          <w:p w:rsidR="000040E7" w:rsidRDefault="00F27CD8" w:rsidP="00503FCC">
            <w:pPr>
              <w:jc w:val="center"/>
            </w:pPr>
            <w:r>
              <w:rPr>
                <w:b/>
                <w:color w:val="FFFFFF"/>
                <w:sz w:val="15"/>
              </w:rPr>
              <w:t>LOKASI</w:t>
            </w:r>
          </w:p>
        </w:tc>
        <w:tc>
          <w:tcPr>
            <w:tcW w:w="737" w:type="dxa"/>
            <w:shd w:val="clear" w:color="auto" w:fill="0F2942"/>
            <w:tcMar>
              <w:top w:w="70" w:type="dxa"/>
              <w:left w:w="45" w:type="dxa"/>
              <w:bottom w:w="70" w:type="dxa"/>
              <w:right w:w="45" w:type="dxa"/>
            </w:tcMar>
            <w:vAlign w:val="center"/>
          </w:tcPr>
          <w:p w:rsidR="000040E7" w:rsidRDefault="00F27CD8" w:rsidP="00503FCC">
            <w:pPr>
              <w:jc w:val="center"/>
            </w:pPr>
            <w:r>
              <w:rPr>
                <w:b/>
                <w:color w:val="FFFFFF"/>
                <w:sz w:val="15"/>
              </w:rPr>
              <w:t>VOLUME</w:t>
            </w:r>
          </w:p>
        </w:tc>
        <w:tc>
          <w:tcPr>
            <w:tcW w:w="1304" w:type="dxa"/>
            <w:shd w:val="clear" w:color="auto" w:fill="0F2942"/>
            <w:tcMar>
              <w:top w:w="70" w:type="dxa"/>
              <w:left w:w="45" w:type="dxa"/>
              <w:bottom w:w="70" w:type="dxa"/>
              <w:right w:w="45" w:type="dxa"/>
            </w:tcMar>
            <w:vAlign w:val="center"/>
          </w:tcPr>
          <w:p w:rsidR="000040E7" w:rsidRDefault="00F27CD8" w:rsidP="00503FCC">
            <w:pPr>
              <w:jc w:val="center"/>
            </w:pPr>
            <w:r>
              <w:rPr>
                <w:b/>
                <w:color w:val="FFFFFF"/>
                <w:sz w:val="15"/>
              </w:rPr>
              <w:t>SASARAN /</w:t>
            </w:r>
            <w:r>
              <w:rPr>
                <w:b/>
                <w:color w:val="FFFFFF"/>
                <w:sz w:val="15"/>
              </w:rPr>
              <w:br/>
              <w:t>MANFAAT</w:t>
            </w:r>
          </w:p>
        </w:tc>
        <w:tc>
          <w:tcPr>
            <w:tcW w:w="907" w:type="dxa"/>
            <w:shd w:val="clear" w:color="auto" w:fill="0F2942"/>
            <w:tcMar>
              <w:top w:w="70" w:type="dxa"/>
              <w:left w:w="45" w:type="dxa"/>
              <w:bottom w:w="70" w:type="dxa"/>
              <w:right w:w="45" w:type="dxa"/>
            </w:tcMar>
            <w:vAlign w:val="center"/>
          </w:tcPr>
          <w:p w:rsidR="000040E7" w:rsidRDefault="00F27CD8" w:rsidP="00503FCC">
            <w:pPr>
              <w:jc w:val="center"/>
            </w:pPr>
            <w:r>
              <w:rPr>
                <w:b/>
                <w:color w:val="FFFFFF"/>
                <w:sz w:val="15"/>
              </w:rPr>
              <w:t>WAKTU</w:t>
            </w:r>
          </w:p>
        </w:tc>
        <w:tc>
          <w:tcPr>
            <w:tcW w:w="1531" w:type="dxa"/>
            <w:shd w:val="clear" w:color="auto" w:fill="0F2942"/>
            <w:tcMar>
              <w:top w:w="70" w:type="dxa"/>
              <w:left w:w="45" w:type="dxa"/>
              <w:bottom w:w="70" w:type="dxa"/>
              <w:right w:w="45" w:type="dxa"/>
            </w:tcMar>
            <w:vAlign w:val="center"/>
          </w:tcPr>
          <w:p w:rsidR="000040E7" w:rsidRDefault="00F27CD8" w:rsidP="00503FCC">
            <w:pPr>
              <w:jc w:val="center"/>
            </w:pPr>
            <w:r>
              <w:rPr>
                <w:b/>
                <w:color w:val="FFFFFF"/>
                <w:sz w:val="15"/>
              </w:rPr>
              <w:t>PRAKIRAAN BIAYA</w:t>
            </w:r>
            <w:r>
              <w:rPr>
                <w:b/>
                <w:color w:val="FFFFFF"/>
                <w:sz w:val="15"/>
              </w:rPr>
              <w:br/>
              <w:t>(RUPIAH)</w:t>
            </w:r>
          </w:p>
        </w:tc>
        <w:tc>
          <w:tcPr>
            <w:tcW w:w="1191" w:type="dxa"/>
            <w:shd w:val="clear" w:color="auto" w:fill="0F2942"/>
            <w:tcMar>
              <w:top w:w="70" w:type="dxa"/>
              <w:left w:w="45" w:type="dxa"/>
              <w:bottom w:w="70" w:type="dxa"/>
              <w:right w:w="45" w:type="dxa"/>
            </w:tcMar>
            <w:vAlign w:val="center"/>
          </w:tcPr>
          <w:p w:rsidR="000040E7" w:rsidRDefault="00F27CD8" w:rsidP="00503FCC">
            <w:pPr>
              <w:jc w:val="center"/>
            </w:pPr>
            <w:r>
              <w:rPr>
                <w:b/>
                <w:color w:val="FFFFFF"/>
                <w:sz w:val="15"/>
              </w:rPr>
              <w:t>SUMBER DANA</w:t>
            </w:r>
          </w:p>
        </w:tc>
      </w:tr>
      <w:tr w:rsidR="000040E7">
        <w:trPr>
          <w:jc w:val="center"/>
        </w:trPr>
        <w:tc>
          <w:tcPr>
            <w:tcW w:w="10431" w:type="dxa"/>
            <w:gridSpan w:val="9"/>
            <w:shd w:val="clear" w:color="auto" w:fill="1B365D"/>
            <w:tcMar>
              <w:top w:w="65" w:type="dxa"/>
              <w:left w:w="70" w:type="dxa"/>
              <w:bottom w:w="65" w:type="dxa"/>
              <w:right w:w="70" w:type="dxa"/>
            </w:tcMar>
          </w:tcPr>
          <w:p w:rsidR="000040E7" w:rsidRDefault="00F27CD8">
            <w:r>
              <w:rPr>
                <w:b/>
                <w:color w:val="FFFFFF"/>
              </w:rPr>
              <w:t>BIDANG 1. PENYELENGGARAAN</w:t>
            </w:r>
            <w:r>
              <w:rPr>
                <w:b/>
                <w:color w:val="FFFFFF"/>
              </w:rPr>
              <w:br/>
              <w:t>PEMERINTAHAN DESA</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1.</w:t>
            </w:r>
          </w:p>
        </w:tc>
        <w:tc>
          <w:tcPr>
            <w:tcW w:w="2494" w:type="dxa"/>
            <w:shd w:val="clear" w:color="auto" w:fill="FFFFFF"/>
            <w:tcMar>
              <w:top w:w="40" w:type="dxa"/>
              <w:left w:w="40" w:type="dxa"/>
              <w:bottom w:w="40" w:type="dxa"/>
              <w:right w:w="40" w:type="dxa"/>
            </w:tcMar>
          </w:tcPr>
          <w:p w:rsidR="000040E7" w:rsidRDefault="00F27CD8">
            <w:r>
              <w:rPr>
                <w:b/>
                <w:color w:val="0F2942"/>
                <w:sz w:val="15"/>
              </w:rPr>
              <w:t>Pengadaan Printer dan Laptop</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9</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Pemerintah Desa</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65.000.000,00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2.</w:t>
            </w:r>
          </w:p>
        </w:tc>
        <w:tc>
          <w:tcPr>
            <w:tcW w:w="2494" w:type="dxa"/>
            <w:shd w:val="clear" w:color="auto" w:fill="F8FAFC"/>
            <w:tcMar>
              <w:top w:w="40" w:type="dxa"/>
              <w:left w:w="40" w:type="dxa"/>
              <w:bottom w:w="40" w:type="dxa"/>
              <w:right w:w="40" w:type="dxa"/>
            </w:tcMar>
          </w:tcPr>
          <w:p w:rsidR="000040E7" w:rsidRDefault="00F27CD8">
            <w:r>
              <w:rPr>
                <w:b/>
                <w:color w:val="0F2942"/>
                <w:sz w:val="15"/>
              </w:rPr>
              <w:t>Pengadaan Kendaraan Pengangkut Sampah</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11</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Unit</w:t>
            </w:r>
          </w:p>
        </w:tc>
        <w:tc>
          <w:tcPr>
            <w:tcW w:w="1304" w:type="dxa"/>
            <w:shd w:val="clear" w:color="auto" w:fill="F8FAFC"/>
            <w:tcMar>
              <w:top w:w="40" w:type="dxa"/>
              <w:left w:w="40" w:type="dxa"/>
              <w:bottom w:w="40" w:type="dxa"/>
              <w:right w:w="40" w:type="dxa"/>
            </w:tcMar>
          </w:tcPr>
          <w:p w:rsidR="000040E7" w:rsidRDefault="00F27CD8">
            <w:r>
              <w:rPr>
                <w:color w:val="334155"/>
                <w:sz w:val="15"/>
              </w:rPr>
              <w:t>Pemerintah Desa</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10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23.000.000,00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3.</w:t>
            </w:r>
          </w:p>
        </w:tc>
        <w:tc>
          <w:tcPr>
            <w:tcW w:w="2494" w:type="dxa"/>
            <w:shd w:val="clear" w:color="auto" w:fill="FFFFFF"/>
            <w:tcMar>
              <w:top w:w="40" w:type="dxa"/>
              <w:left w:w="40" w:type="dxa"/>
              <w:bottom w:w="40" w:type="dxa"/>
              <w:right w:w="40" w:type="dxa"/>
            </w:tcMar>
          </w:tcPr>
          <w:p w:rsidR="000040E7" w:rsidRDefault="00F27CD8">
            <w:r>
              <w:rPr>
                <w:b/>
                <w:color w:val="0F2942"/>
                <w:sz w:val="15"/>
              </w:rPr>
              <w:t>Pengadaan Meubelair Balai Desa</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16</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Pemerintah Desa</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20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45.000.000,00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4.</w:t>
            </w:r>
          </w:p>
        </w:tc>
        <w:tc>
          <w:tcPr>
            <w:tcW w:w="2494" w:type="dxa"/>
            <w:shd w:val="clear" w:color="auto" w:fill="F8FAFC"/>
            <w:tcMar>
              <w:top w:w="40" w:type="dxa"/>
              <w:left w:w="40" w:type="dxa"/>
              <w:bottom w:w="40" w:type="dxa"/>
              <w:right w:w="40" w:type="dxa"/>
            </w:tcMar>
          </w:tcPr>
          <w:p w:rsidR="000040E7" w:rsidRDefault="00F27CD8">
            <w:r>
              <w:rPr>
                <w:b/>
                <w:color w:val="0F2942"/>
                <w:sz w:val="15"/>
              </w:rPr>
              <w:t>Pengadaan Kendaraan Dinas Kantor Desa</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11</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Unit</w:t>
            </w:r>
          </w:p>
        </w:tc>
        <w:tc>
          <w:tcPr>
            <w:tcW w:w="1304" w:type="dxa"/>
            <w:shd w:val="clear" w:color="auto" w:fill="F8FAFC"/>
            <w:tcMar>
              <w:top w:w="40" w:type="dxa"/>
              <w:left w:w="40" w:type="dxa"/>
              <w:bottom w:w="40" w:type="dxa"/>
              <w:right w:w="40" w:type="dxa"/>
            </w:tcMar>
          </w:tcPr>
          <w:p w:rsidR="000040E7" w:rsidRDefault="00F27CD8">
            <w:r>
              <w:rPr>
                <w:color w:val="334155"/>
                <w:sz w:val="15"/>
              </w:rPr>
              <w:t>Pemerintah Desa</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35.000.000,00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5.</w:t>
            </w:r>
          </w:p>
        </w:tc>
        <w:tc>
          <w:tcPr>
            <w:tcW w:w="2494" w:type="dxa"/>
            <w:shd w:val="clear" w:color="auto" w:fill="FFFFFF"/>
            <w:tcMar>
              <w:top w:w="40" w:type="dxa"/>
              <w:left w:w="40" w:type="dxa"/>
              <w:bottom w:w="40" w:type="dxa"/>
              <w:right w:w="40" w:type="dxa"/>
            </w:tcMar>
          </w:tcPr>
          <w:p w:rsidR="000040E7" w:rsidRDefault="00F27CD8">
            <w:r>
              <w:rPr>
                <w:b/>
                <w:color w:val="0F2942"/>
                <w:sz w:val="15"/>
              </w:rPr>
              <w:t>Pengadaan Meubelair Kantor Desa</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16</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Pemerintah Desa</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30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75.000.000,00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6.</w:t>
            </w:r>
          </w:p>
        </w:tc>
        <w:tc>
          <w:tcPr>
            <w:tcW w:w="2494" w:type="dxa"/>
            <w:shd w:val="clear" w:color="auto" w:fill="F8FAFC"/>
            <w:tcMar>
              <w:top w:w="40" w:type="dxa"/>
              <w:left w:w="40" w:type="dxa"/>
              <w:bottom w:w="40" w:type="dxa"/>
              <w:right w:w="40" w:type="dxa"/>
            </w:tcMar>
          </w:tcPr>
          <w:p w:rsidR="000040E7" w:rsidRDefault="00F27CD8">
            <w:r>
              <w:rPr>
                <w:b/>
                <w:color w:val="0F2942"/>
                <w:sz w:val="15"/>
              </w:rPr>
              <w:t>Pemeliharaan Gedung Kantor Desa</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16</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Pemerintah Desa</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500.000.000,00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7.</w:t>
            </w:r>
          </w:p>
        </w:tc>
        <w:tc>
          <w:tcPr>
            <w:tcW w:w="2494" w:type="dxa"/>
            <w:shd w:val="clear" w:color="auto" w:fill="FFFFFF"/>
            <w:tcMar>
              <w:top w:w="40" w:type="dxa"/>
              <w:left w:w="40" w:type="dxa"/>
              <w:bottom w:w="40" w:type="dxa"/>
              <w:right w:w="40" w:type="dxa"/>
            </w:tcMar>
          </w:tcPr>
          <w:p w:rsidR="000040E7" w:rsidRDefault="00F27CD8">
            <w:r>
              <w:rPr>
                <w:b/>
                <w:color w:val="0F2942"/>
                <w:sz w:val="15"/>
              </w:rPr>
              <w:t>Sistem Informasi Demografi Desa</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17</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Thn</w:t>
            </w:r>
          </w:p>
        </w:tc>
        <w:tc>
          <w:tcPr>
            <w:tcW w:w="1304" w:type="dxa"/>
            <w:shd w:val="clear" w:color="auto" w:fill="FFFFFF"/>
            <w:tcMar>
              <w:top w:w="40" w:type="dxa"/>
              <w:left w:w="40" w:type="dxa"/>
              <w:bottom w:w="40" w:type="dxa"/>
              <w:right w:w="40" w:type="dxa"/>
            </w:tcMar>
          </w:tcPr>
          <w:p w:rsidR="000040E7" w:rsidRDefault="00F27CD8">
            <w:r>
              <w:rPr>
                <w:color w:val="334155"/>
                <w:sz w:val="15"/>
              </w:rPr>
              <w:t>Pemerintah Desa</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30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55.000.000,00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10431" w:type="dxa"/>
            <w:gridSpan w:val="9"/>
            <w:shd w:val="clear" w:color="auto" w:fill="1B365D"/>
            <w:tcMar>
              <w:top w:w="65" w:type="dxa"/>
              <w:left w:w="70" w:type="dxa"/>
              <w:bottom w:w="65" w:type="dxa"/>
              <w:right w:w="70" w:type="dxa"/>
            </w:tcMar>
          </w:tcPr>
          <w:p w:rsidR="000040E7" w:rsidRDefault="00F27CD8">
            <w:r>
              <w:rPr>
                <w:b/>
                <w:color w:val="FFFFFF"/>
              </w:rPr>
              <w:t>BIDANG 2. PEMBANGUNAN DESA</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1.</w:t>
            </w:r>
          </w:p>
        </w:tc>
        <w:tc>
          <w:tcPr>
            <w:tcW w:w="2494" w:type="dxa"/>
            <w:shd w:val="clear" w:color="auto" w:fill="F8FAFC"/>
            <w:tcMar>
              <w:top w:w="40" w:type="dxa"/>
              <w:left w:w="40" w:type="dxa"/>
              <w:bottom w:w="40" w:type="dxa"/>
              <w:right w:w="40" w:type="dxa"/>
            </w:tcMar>
          </w:tcPr>
          <w:p w:rsidR="000040E7" w:rsidRDefault="00F27CD8">
            <w:r>
              <w:rPr>
                <w:b/>
                <w:color w:val="0F2942"/>
                <w:sz w:val="15"/>
              </w:rPr>
              <w:t>Pengelolaan Persampahan/Pengadaan Mesin Pencacah Sampah</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12</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Desa 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68.000.000,00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2.</w:t>
            </w:r>
          </w:p>
        </w:tc>
        <w:tc>
          <w:tcPr>
            <w:tcW w:w="2494" w:type="dxa"/>
            <w:shd w:val="clear" w:color="auto" w:fill="FFFFFF"/>
            <w:tcMar>
              <w:top w:w="40" w:type="dxa"/>
              <w:left w:w="40" w:type="dxa"/>
              <w:bottom w:w="40" w:type="dxa"/>
              <w:right w:w="40" w:type="dxa"/>
            </w:tcMar>
          </w:tcPr>
          <w:p w:rsidR="000040E7" w:rsidRDefault="00F27CD8">
            <w:r>
              <w:rPr>
                <w:b/>
                <w:color w:val="0F2942"/>
                <w:sz w:val="15"/>
              </w:rPr>
              <w:t>Bantuan RTLH</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1</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Dusun 1-3</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5 Unit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50.000.000,00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3.</w:t>
            </w:r>
          </w:p>
        </w:tc>
        <w:tc>
          <w:tcPr>
            <w:tcW w:w="2494" w:type="dxa"/>
            <w:shd w:val="clear" w:color="auto" w:fill="F8FAFC"/>
            <w:tcMar>
              <w:top w:w="40" w:type="dxa"/>
              <w:left w:w="40" w:type="dxa"/>
              <w:bottom w:w="40" w:type="dxa"/>
              <w:right w:w="40" w:type="dxa"/>
            </w:tcMar>
          </w:tcPr>
          <w:p w:rsidR="000040E7" w:rsidRDefault="00F27CD8">
            <w:r>
              <w:rPr>
                <w:b/>
                <w:color w:val="0F2942"/>
                <w:sz w:val="15"/>
              </w:rPr>
              <w:t>Penampungan Air Bersih untuk Masyarakat</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6</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3 Unit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90.000.000,00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4.</w:t>
            </w:r>
          </w:p>
        </w:tc>
        <w:tc>
          <w:tcPr>
            <w:tcW w:w="2494" w:type="dxa"/>
            <w:shd w:val="clear" w:color="auto" w:fill="FFFFFF"/>
            <w:tcMar>
              <w:top w:w="40" w:type="dxa"/>
              <w:left w:w="40" w:type="dxa"/>
              <w:bottom w:w="40" w:type="dxa"/>
              <w:right w:w="40" w:type="dxa"/>
            </w:tcMar>
          </w:tcPr>
          <w:p w:rsidR="000040E7" w:rsidRDefault="00F27CD8">
            <w:r>
              <w:rPr>
                <w:b/>
                <w:color w:val="0F2942"/>
                <w:sz w:val="15"/>
              </w:rPr>
              <w:t>Penambahan Meubelair Posyandu</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3</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Desa 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50 Unit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50.000.000,00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5.</w:t>
            </w:r>
          </w:p>
        </w:tc>
        <w:tc>
          <w:tcPr>
            <w:tcW w:w="2494" w:type="dxa"/>
            <w:shd w:val="clear" w:color="auto" w:fill="F8FAFC"/>
            <w:tcMar>
              <w:top w:w="40" w:type="dxa"/>
              <w:left w:w="40" w:type="dxa"/>
              <w:bottom w:w="40" w:type="dxa"/>
              <w:right w:w="40" w:type="dxa"/>
            </w:tcMar>
          </w:tcPr>
          <w:p w:rsidR="000040E7" w:rsidRDefault="00F27CD8">
            <w:r>
              <w:rPr>
                <w:b/>
                <w:color w:val="0F2942"/>
                <w:sz w:val="15"/>
              </w:rPr>
              <w:t>Pengadaan Laptop, Printer dan Speaker Wireless Posyandu</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3</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Desa 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30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30.000.000,00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6.</w:t>
            </w:r>
          </w:p>
        </w:tc>
        <w:tc>
          <w:tcPr>
            <w:tcW w:w="2494" w:type="dxa"/>
            <w:shd w:val="clear" w:color="auto" w:fill="FFFFFF"/>
            <w:tcMar>
              <w:top w:w="40" w:type="dxa"/>
              <w:left w:w="40" w:type="dxa"/>
              <w:bottom w:w="40" w:type="dxa"/>
              <w:right w:w="40" w:type="dxa"/>
            </w:tcMar>
          </w:tcPr>
          <w:p w:rsidR="000040E7" w:rsidRDefault="00F27CD8">
            <w:r>
              <w:rPr>
                <w:b/>
                <w:color w:val="0F2942"/>
                <w:sz w:val="15"/>
              </w:rPr>
              <w:t>Pengadaan Seragam Posyandu dan Kader TRIBINA</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3</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Desa 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30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20.000.000,00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lastRenderedPageBreak/>
              <w:t>7.</w:t>
            </w:r>
          </w:p>
        </w:tc>
        <w:tc>
          <w:tcPr>
            <w:tcW w:w="2494" w:type="dxa"/>
            <w:shd w:val="clear" w:color="auto" w:fill="F8FAFC"/>
            <w:tcMar>
              <w:top w:w="40" w:type="dxa"/>
              <w:left w:w="40" w:type="dxa"/>
              <w:bottom w:w="40" w:type="dxa"/>
              <w:right w:w="40" w:type="dxa"/>
            </w:tcMar>
          </w:tcPr>
          <w:p w:rsidR="000040E7" w:rsidRDefault="00F27CD8">
            <w:r>
              <w:rPr>
                <w:b/>
                <w:color w:val="0F2942"/>
                <w:sz w:val="15"/>
              </w:rPr>
              <w:t>Perbaikan Lampu Jalan/Penerangan Solar Cell</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7</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Dusun 1-3</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30 Unit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300.000.000,00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8.</w:t>
            </w:r>
          </w:p>
        </w:tc>
        <w:tc>
          <w:tcPr>
            <w:tcW w:w="2494" w:type="dxa"/>
            <w:shd w:val="clear" w:color="auto" w:fill="FFFFFF"/>
            <w:tcMar>
              <w:top w:w="40" w:type="dxa"/>
              <w:left w:w="40" w:type="dxa"/>
              <w:bottom w:w="40" w:type="dxa"/>
              <w:right w:w="40" w:type="dxa"/>
            </w:tcMar>
          </w:tcPr>
          <w:p w:rsidR="000040E7" w:rsidRDefault="00F27CD8">
            <w:r>
              <w:rPr>
                <w:b/>
                <w:color w:val="0F2942"/>
                <w:sz w:val="15"/>
              </w:rPr>
              <w:t>Lampu Penerangan Jalan Raya, Lorong &amp; Lapangan</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7</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Dusun 1-3</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600.000.000,00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9.</w:t>
            </w:r>
          </w:p>
        </w:tc>
        <w:tc>
          <w:tcPr>
            <w:tcW w:w="2494" w:type="dxa"/>
            <w:shd w:val="clear" w:color="auto" w:fill="F8FAFC"/>
            <w:tcMar>
              <w:top w:w="40" w:type="dxa"/>
              <w:left w:w="40" w:type="dxa"/>
              <w:bottom w:w="40" w:type="dxa"/>
              <w:right w:w="40" w:type="dxa"/>
            </w:tcMar>
          </w:tcPr>
          <w:p w:rsidR="000040E7" w:rsidRDefault="00F27CD8">
            <w:r>
              <w:rPr>
                <w:b/>
                <w:color w:val="0F2942"/>
                <w:sz w:val="15"/>
              </w:rPr>
              <w:t>Pemanfaatan Lapangan Dusun I sebagai tempat usaha jualan UKM</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8</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Dusun 1</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50.000.000,00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10.</w:t>
            </w:r>
          </w:p>
        </w:tc>
        <w:tc>
          <w:tcPr>
            <w:tcW w:w="2494" w:type="dxa"/>
            <w:shd w:val="clear" w:color="auto" w:fill="FFFFFF"/>
            <w:tcMar>
              <w:top w:w="40" w:type="dxa"/>
              <w:left w:w="40" w:type="dxa"/>
              <w:bottom w:w="40" w:type="dxa"/>
              <w:right w:w="40" w:type="dxa"/>
            </w:tcMar>
          </w:tcPr>
          <w:p w:rsidR="000040E7" w:rsidRDefault="00F27CD8">
            <w:r>
              <w:rPr>
                <w:b/>
                <w:color w:val="0F2942"/>
                <w:sz w:val="15"/>
              </w:rPr>
              <w:t>Bantuan Pendidikan Siswa Miskin (SD-Kuliah)</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4</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Dusun 1-3</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55.000.000,00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11.</w:t>
            </w:r>
          </w:p>
        </w:tc>
        <w:tc>
          <w:tcPr>
            <w:tcW w:w="2494" w:type="dxa"/>
            <w:shd w:val="clear" w:color="auto" w:fill="F8FAFC"/>
            <w:tcMar>
              <w:top w:w="40" w:type="dxa"/>
              <w:left w:w="40" w:type="dxa"/>
              <w:bottom w:w="40" w:type="dxa"/>
              <w:right w:w="40" w:type="dxa"/>
            </w:tcMar>
          </w:tcPr>
          <w:p w:rsidR="000040E7" w:rsidRDefault="00F27CD8">
            <w:r>
              <w:rPr>
                <w:b/>
                <w:color w:val="0F2942"/>
                <w:sz w:val="15"/>
              </w:rPr>
              <w:t>Pembuatan Taman Bermain Anak</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11</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Dusun 1</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Unit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100.000.000,00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12.</w:t>
            </w:r>
          </w:p>
        </w:tc>
        <w:tc>
          <w:tcPr>
            <w:tcW w:w="2494" w:type="dxa"/>
            <w:shd w:val="clear" w:color="auto" w:fill="FFFFFF"/>
            <w:tcMar>
              <w:top w:w="40" w:type="dxa"/>
              <w:left w:w="40" w:type="dxa"/>
              <w:bottom w:w="40" w:type="dxa"/>
              <w:right w:w="40" w:type="dxa"/>
            </w:tcMar>
          </w:tcPr>
          <w:p w:rsidR="000040E7" w:rsidRDefault="00F27CD8">
            <w:r>
              <w:rPr>
                <w:b/>
                <w:color w:val="0F2942"/>
                <w:sz w:val="15"/>
              </w:rPr>
              <w:t>Penambahan Sarana Halaman Posyandu</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3</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Dusun 1</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Unit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100.000.000,00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13.</w:t>
            </w:r>
          </w:p>
        </w:tc>
        <w:tc>
          <w:tcPr>
            <w:tcW w:w="2494" w:type="dxa"/>
            <w:shd w:val="clear" w:color="auto" w:fill="F8FAFC"/>
            <w:tcMar>
              <w:top w:w="40" w:type="dxa"/>
              <w:left w:w="40" w:type="dxa"/>
              <w:bottom w:w="40" w:type="dxa"/>
              <w:right w:w="40" w:type="dxa"/>
            </w:tcMar>
          </w:tcPr>
          <w:p w:rsidR="000040E7" w:rsidRDefault="00F27CD8">
            <w:r>
              <w:rPr>
                <w:b/>
                <w:color w:val="0F2942"/>
                <w:sz w:val="15"/>
              </w:rPr>
              <w:t>Zebra Cross di Tempat Umum</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11</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30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35.000.000,00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14.</w:t>
            </w:r>
          </w:p>
        </w:tc>
        <w:tc>
          <w:tcPr>
            <w:tcW w:w="2494" w:type="dxa"/>
            <w:shd w:val="clear" w:color="auto" w:fill="FFFFFF"/>
            <w:tcMar>
              <w:top w:w="40" w:type="dxa"/>
              <w:left w:w="40" w:type="dxa"/>
              <w:bottom w:w="40" w:type="dxa"/>
              <w:right w:w="40" w:type="dxa"/>
            </w:tcMar>
          </w:tcPr>
          <w:p w:rsidR="000040E7" w:rsidRDefault="00F27CD8">
            <w:r>
              <w:rPr>
                <w:b/>
                <w:color w:val="0F2942"/>
                <w:sz w:val="15"/>
              </w:rPr>
              <w:t>Paving Block/Rabat Beton</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9</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Dusun 1-3</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200.000.000,00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15.</w:t>
            </w:r>
          </w:p>
        </w:tc>
        <w:tc>
          <w:tcPr>
            <w:tcW w:w="2494" w:type="dxa"/>
            <w:shd w:val="clear" w:color="auto" w:fill="F8FAFC"/>
            <w:tcMar>
              <w:top w:w="40" w:type="dxa"/>
              <w:left w:w="40" w:type="dxa"/>
              <w:bottom w:w="40" w:type="dxa"/>
              <w:right w:w="40" w:type="dxa"/>
            </w:tcMar>
          </w:tcPr>
          <w:p w:rsidR="000040E7" w:rsidRDefault="00F27CD8">
            <w:r>
              <w:rPr>
                <w:b/>
                <w:color w:val="0F2942"/>
                <w:sz w:val="15"/>
              </w:rPr>
              <w:t>Drainase di Tiap Paving Block/Rabat Beton Desa Bungko</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6</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Dusun 1-3</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400.000.000,00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16.</w:t>
            </w:r>
          </w:p>
        </w:tc>
        <w:tc>
          <w:tcPr>
            <w:tcW w:w="2494" w:type="dxa"/>
            <w:shd w:val="clear" w:color="auto" w:fill="FFFFFF"/>
            <w:tcMar>
              <w:top w:w="40" w:type="dxa"/>
              <w:left w:w="40" w:type="dxa"/>
              <w:bottom w:w="40" w:type="dxa"/>
              <w:right w:w="40" w:type="dxa"/>
            </w:tcMar>
          </w:tcPr>
          <w:p w:rsidR="000040E7" w:rsidRDefault="00F27CD8">
            <w:r>
              <w:rPr>
                <w:b/>
                <w:color w:val="0F2942"/>
                <w:sz w:val="15"/>
              </w:rPr>
              <w:t>Pemeliharaan Jl. Lorong Masjid Al-Hikmah</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9</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Dusun 2</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150.000.000,00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17.</w:t>
            </w:r>
          </w:p>
        </w:tc>
        <w:tc>
          <w:tcPr>
            <w:tcW w:w="2494" w:type="dxa"/>
            <w:shd w:val="clear" w:color="auto" w:fill="F8FAFC"/>
            <w:tcMar>
              <w:top w:w="40" w:type="dxa"/>
              <w:left w:w="40" w:type="dxa"/>
              <w:bottom w:w="40" w:type="dxa"/>
              <w:right w:w="40" w:type="dxa"/>
            </w:tcMar>
          </w:tcPr>
          <w:p w:rsidR="000040E7" w:rsidRDefault="00F27CD8">
            <w:r>
              <w:rPr>
                <w:b/>
                <w:color w:val="0F2942"/>
                <w:sz w:val="15"/>
              </w:rPr>
              <w:t>Pembuatan Drainase Lingkungan</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6</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Dusun 1-3</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300.000.000,00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18.</w:t>
            </w:r>
          </w:p>
        </w:tc>
        <w:tc>
          <w:tcPr>
            <w:tcW w:w="2494" w:type="dxa"/>
            <w:shd w:val="clear" w:color="auto" w:fill="FFFFFF"/>
            <w:tcMar>
              <w:top w:w="40" w:type="dxa"/>
              <w:left w:w="40" w:type="dxa"/>
              <w:bottom w:w="40" w:type="dxa"/>
              <w:right w:w="40" w:type="dxa"/>
            </w:tcMar>
          </w:tcPr>
          <w:p w:rsidR="000040E7" w:rsidRDefault="00F27CD8">
            <w:r>
              <w:rPr>
                <w:b/>
                <w:color w:val="0F2942"/>
                <w:sz w:val="15"/>
              </w:rPr>
              <w:t>Pembersihan Selokan/Drainase</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6</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Dusun 1-3</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100.000.000,00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DDS</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19.</w:t>
            </w:r>
          </w:p>
        </w:tc>
        <w:tc>
          <w:tcPr>
            <w:tcW w:w="2494" w:type="dxa"/>
            <w:shd w:val="clear" w:color="auto" w:fill="F8FAFC"/>
            <w:tcMar>
              <w:top w:w="40" w:type="dxa"/>
              <w:left w:w="40" w:type="dxa"/>
              <w:bottom w:w="40" w:type="dxa"/>
              <w:right w:w="40" w:type="dxa"/>
            </w:tcMar>
          </w:tcPr>
          <w:p w:rsidR="000040E7" w:rsidRDefault="00F27CD8">
            <w:r>
              <w:rPr>
                <w:b/>
                <w:color w:val="0F2942"/>
                <w:sz w:val="15"/>
              </w:rPr>
              <w:t>Pembangunan Talud</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13</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Dusun 1-2</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250.000.000,00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20.</w:t>
            </w:r>
          </w:p>
        </w:tc>
        <w:tc>
          <w:tcPr>
            <w:tcW w:w="2494" w:type="dxa"/>
            <w:shd w:val="clear" w:color="auto" w:fill="FFFFFF"/>
            <w:tcMar>
              <w:top w:w="40" w:type="dxa"/>
              <w:left w:w="40" w:type="dxa"/>
              <w:bottom w:w="40" w:type="dxa"/>
              <w:right w:w="40" w:type="dxa"/>
            </w:tcMar>
          </w:tcPr>
          <w:p w:rsidR="000040E7" w:rsidRDefault="00F27CD8">
            <w:r>
              <w:rPr>
                <w:b/>
                <w:color w:val="0F2942"/>
                <w:sz w:val="15"/>
              </w:rPr>
              <w:t>Pengadaan Kompos Bag</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12</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Dusun 1-3</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50.000.000,00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21.</w:t>
            </w:r>
          </w:p>
        </w:tc>
        <w:tc>
          <w:tcPr>
            <w:tcW w:w="2494" w:type="dxa"/>
            <w:shd w:val="clear" w:color="auto" w:fill="F8FAFC"/>
            <w:tcMar>
              <w:top w:w="40" w:type="dxa"/>
              <w:left w:w="40" w:type="dxa"/>
              <w:bottom w:w="40" w:type="dxa"/>
              <w:right w:w="40" w:type="dxa"/>
            </w:tcMar>
          </w:tcPr>
          <w:p w:rsidR="000040E7" w:rsidRDefault="00F27CD8">
            <w:r>
              <w:rPr>
                <w:b/>
                <w:color w:val="0F2942"/>
                <w:sz w:val="15"/>
              </w:rPr>
              <w:t>Pengadaan Lahan untuk Gerai Koperasi Desa Merah Putih</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8</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Desa 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22.</w:t>
            </w:r>
          </w:p>
        </w:tc>
        <w:tc>
          <w:tcPr>
            <w:tcW w:w="2494" w:type="dxa"/>
            <w:shd w:val="clear" w:color="auto" w:fill="FFFFFF"/>
            <w:tcMar>
              <w:top w:w="40" w:type="dxa"/>
              <w:left w:w="40" w:type="dxa"/>
              <w:bottom w:w="40" w:type="dxa"/>
              <w:right w:w="40" w:type="dxa"/>
            </w:tcMar>
          </w:tcPr>
          <w:p w:rsidR="000040E7" w:rsidRDefault="00F27CD8">
            <w:r>
              <w:rPr>
                <w:b/>
                <w:color w:val="0F2942"/>
                <w:sz w:val="15"/>
              </w:rPr>
              <w:t>Pembuatan Bak Penampungan Air Lokasi Lapangan Dusun II</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6</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Dusun 2</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50.000.000,00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23.</w:t>
            </w:r>
          </w:p>
        </w:tc>
        <w:tc>
          <w:tcPr>
            <w:tcW w:w="2494" w:type="dxa"/>
            <w:shd w:val="clear" w:color="auto" w:fill="F8FAFC"/>
            <w:tcMar>
              <w:top w:w="40" w:type="dxa"/>
              <w:left w:w="40" w:type="dxa"/>
              <w:bottom w:w="40" w:type="dxa"/>
              <w:right w:w="40" w:type="dxa"/>
            </w:tcMar>
          </w:tcPr>
          <w:p w:rsidR="000040E7" w:rsidRDefault="00F27CD8">
            <w:r>
              <w:rPr>
                <w:b/>
                <w:color w:val="0F2942"/>
                <w:sz w:val="15"/>
              </w:rPr>
              <w:t>Penanaman Rumput Area luar Garis Lapangan Dusun II</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15</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Dusun 2</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50.000.000,00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24.</w:t>
            </w:r>
          </w:p>
        </w:tc>
        <w:tc>
          <w:tcPr>
            <w:tcW w:w="2494" w:type="dxa"/>
            <w:shd w:val="clear" w:color="auto" w:fill="FFFFFF"/>
            <w:tcMar>
              <w:top w:w="40" w:type="dxa"/>
              <w:left w:w="40" w:type="dxa"/>
              <w:bottom w:w="40" w:type="dxa"/>
              <w:right w:w="40" w:type="dxa"/>
            </w:tcMar>
          </w:tcPr>
          <w:p w:rsidR="000040E7" w:rsidRDefault="00F27CD8">
            <w:r>
              <w:rPr>
                <w:b/>
                <w:color w:val="0F2942"/>
                <w:sz w:val="15"/>
              </w:rPr>
              <w:t>Pembangunan Pagar Lapangan lokasi Afzal Kost</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11</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Dusun 2</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88.000.000,00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25.</w:t>
            </w:r>
          </w:p>
        </w:tc>
        <w:tc>
          <w:tcPr>
            <w:tcW w:w="2494" w:type="dxa"/>
            <w:shd w:val="clear" w:color="auto" w:fill="F8FAFC"/>
            <w:tcMar>
              <w:top w:w="40" w:type="dxa"/>
              <w:left w:w="40" w:type="dxa"/>
              <w:bottom w:w="40" w:type="dxa"/>
              <w:right w:w="40" w:type="dxa"/>
            </w:tcMar>
          </w:tcPr>
          <w:p w:rsidR="000040E7" w:rsidRDefault="00F27CD8">
            <w:r>
              <w:rPr>
                <w:b/>
                <w:color w:val="0F2942"/>
                <w:sz w:val="15"/>
              </w:rPr>
              <w:t xml:space="preserve">Pembukaan Jalan lokasi Ponpes Tembusan PBI </w:t>
            </w:r>
            <w:r>
              <w:rPr>
                <w:b/>
                <w:color w:val="0F2942"/>
                <w:sz w:val="15"/>
              </w:rPr>
              <w:lastRenderedPageBreak/>
              <w:t>(Pengerasan)</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lastRenderedPageBreak/>
              <w:t>9</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Dusun I</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200.000.000,00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lastRenderedPageBreak/>
              <w:t>26.</w:t>
            </w:r>
          </w:p>
        </w:tc>
        <w:tc>
          <w:tcPr>
            <w:tcW w:w="2494" w:type="dxa"/>
            <w:shd w:val="clear" w:color="auto" w:fill="FFFFFF"/>
            <w:tcMar>
              <w:top w:w="40" w:type="dxa"/>
              <w:left w:w="40" w:type="dxa"/>
              <w:bottom w:w="40" w:type="dxa"/>
              <w:right w:w="40" w:type="dxa"/>
            </w:tcMar>
          </w:tcPr>
          <w:p w:rsidR="000040E7" w:rsidRDefault="00F27CD8">
            <w:r>
              <w:rPr>
                <w:b/>
                <w:color w:val="0F2942"/>
                <w:sz w:val="15"/>
              </w:rPr>
              <w:t>Pembuatan Lampu Tiang Penerangan Jalan Melengkung</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7</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Desa 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220.000.000,00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10431" w:type="dxa"/>
            <w:gridSpan w:val="9"/>
            <w:shd w:val="clear" w:color="auto" w:fill="1B365D"/>
            <w:tcMar>
              <w:top w:w="65" w:type="dxa"/>
              <w:left w:w="70" w:type="dxa"/>
              <w:bottom w:w="65" w:type="dxa"/>
              <w:right w:w="70" w:type="dxa"/>
            </w:tcMar>
          </w:tcPr>
          <w:p w:rsidR="000040E7" w:rsidRDefault="00F27CD8">
            <w:r>
              <w:rPr>
                <w:b/>
                <w:color w:val="FFFFFF"/>
              </w:rPr>
              <w:t>BIDANG 3. PEMBINAAN KEMASYARAKATAN</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1.</w:t>
            </w:r>
          </w:p>
        </w:tc>
        <w:tc>
          <w:tcPr>
            <w:tcW w:w="2494" w:type="dxa"/>
            <w:shd w:val="clear" w:color="auto" w:fill="F8FAFC"/>
            <w:tcMar>
              <w:top w:w="40" w:type="dxa"/>
              <w:left w:w="40" w:type="dxa"/>
              <w:bottom w:w="40" w:type="dxa"/>
              <w:right w:w="40" w:type="dxa"/>
            </w:tcMar>
          </w:tcPr>
          <w:p w:rsidR="000040E7" w:rsidRDefault="00F27CD8">
            <w:r>
              <w:rPr>
                <w:b/>
                <w:color w:val="0F2942"/>
                <w:sz w:val="15"/>
              </w:rPr>
              <w:t>Peningkatan Masjid Al-Hikmah</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16</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Unit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145.000.000,00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2.</w:t>
            </w:r>
          </w:p>
        </w:tc>
        <w:tc>
          <w:tcPr>
            <w:tcW w:w="2494" w:type="dxa"/>
            <w:shd w:val="clear" w:color="auto" w:fill="FFFFFF"/>
            <w:tcMar>
              <w:top w:w="40" w:type="dxa"/>
              <w:left w:w="40" w:type="dxa"/>
              <w:bottom w:w="40" w:type="dxa"/>
              <w:right w:w="40" w:type="dxa"/>
            </w:tcMar>
          </w:tcPr>
          <w:p w:rsidR="000040E7" w:rsidRDefault="00F27CD8">
            <w:r>
              <w:rPr>
                <w:b/>
                <w:color w:val="0F2942"/>
                <w:sz w:val="15"/>
              </w:rPr>
              <w:t>Pembentukan Pengurus BTM</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16</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30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12.000.000,00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3.</w:t>
            </w:r>
          </w:p>
        </w:tc>
        <w:tc>
          <w:tcPr>
            <w:tcW w:w="2494" w:type="dxa"/>
            <w:shd w:val="clear" w:color="auto" w:fill="F8FAFC"/>
            <w:tcMar>
              <w:top w:w="40" w:type="dxa"/>
              <w:left w:w="40" w:type="dxa"/>
              <w:bottom w:w="40" w:type="dxa"/>
              <w:right w:w="40" w:type="dxa"/>
            </w:tcMar>
          </w:tcPr>
          <w:p w:rsidR="000040E7" w:rsidRDefault="00F27CD8">
            <w:r>
              <w:rPr>
                <w:b/>
                <w:color w:val="0F2942"/>
                <w:sz w:val="15"/>
              </w:rPr>
              <w:t>Pembangunan Plat Beton Lingkar Lapangan Dusun II/Trotoar</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11</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Dusun 1-2</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2 Unit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250.000.000,00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4.</w:t>
            </w:r>
          </w:p>
        </w:tc>
        <w:tc>
          <w:tcPr>
            <w:tcW w:w="2494" w:type="dxa"/>
            <w:shd w:val="clear" w:color="auto" w:fill="FFFFFF"/>
            <w:tcMar>
              <w:top w:w="40" w:type="dxa"/>
              <w:left w:w="40" w:type="dxa"/>
              <w:bottom w:w="40" w:type="dxa"/>
              <w:right w:w="40" w:type="dxa"/>
            </w:tcMar>
          </w:tcPr>
          <w:p w:rsidR="000040E7" w:rsidRDefault="00F27CD8">
            <w:r>
              <w:rPr>
                <w:b/>
                <w:color w:val="0F2942"/>
                <w:sz w:val="15"/>
              </w:rPr>
              <w:t>Paving Halaman Belakang Masjid Al-Hikmah</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16</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Dusun 2</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800.000.000,00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5.</w:t>
            </w:r>
          </w:p>
        </w:tc>
        <w:tc>
          <w:tcPr>
            <w:tcW w:w="2494" w:type="dxa"/>
            <w:shd w:val="clear" w:color="auto" w:fill="F8FAFC"/>
            <w:tcMar>
              <w:top w:w="40" w:type="dxa"/>
              <w:left w:w="40" w:type="dxa"/>
              <w:bottom w:w="40" w:type="dxa"/>
              <w:right w:w="40" w:type="dxa"/>
            </w:tcMar>
          </w:tcPr>
          <w:p w:rsidR="000040E7" w:rsidRDefault="00F27CD8">
            <w:r>
              <w:rPr>
                <w:b/>
                <w:color w:val="0F2942"/>
                <w:sz w:val="15"/>
              </w:rPr>
              <w:t>Pemeliharaan Masjid Dusun 1, 2 dan 3</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16</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Dusun 1-3</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500.000.000,00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6.</w:t>
            </w:r>
          </w:p>
        </w:tc>
        <w:tc>
          <w:tcPr>
            <w:tcW w:w="2494" w:type="dxa"/>
            <w:shd w:val="clear" w:color="auto" w:fill="FFFFFF"/>
            <w:tcMar>
              <w:top w:w="40" w:type="dxa"/>
              <w:left w:w="40" w:type="dxa"/>
              <w:bottom w:w="40" w:type="dxa"/>
              <w:right w:w="40" w:type="dxa"/>
            </w:tcMar>
          </w:tcPr>
          <w:p w:rsidR="000040E7" w:rsidRDefault="00F27CD8">
            <w:r>
              <w:rPr>
                <w:b/>
                <w:color w:val="0F2942"/>
                <w:sz w:val="15"/>
              </w:rPr>
              <w:t>Renovasi Tempat Wudhu Masjid Hidayatullah</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6</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Dusun 2</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250.000.000,00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7.</w:t>
            </w:r>
          </w:p>
        </w:tc>
        <w:tc>
          <w:tcPr>
            <w:tcW w:w="2494" w:type="dxa"/>
            <w:shd w:val="clear" w:color="auto" w:fill="F8FAFC"/>
            <w:tcMar>
              <w:top w:w="40" w:type="dxa"/>
              <w:left w:w="40" w:type="dxa"/>
              <w:bottom w:w="40" w:type="dxa"/>
              <w:right w:w="40" w:type="dxa"/>
            </w:tcMar>
          </w:tcPr>
          <w:p w:rsidR="000040E7" w:rsidRDefault="00F27CD8">
            <w:r>
              <w:rPr>
                <w:b/>
                <w:color w:val="0F2942"/>
                <w:sz w:val="15"/>
              </w:rPr>
              <w:t>Tanah Pilihan dan Penanaman Rumput Lapangan Dusun II, Lampu Lingkar Lapangan, WC</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11</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320.000.000,00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8.</w:t>
            </w:r>
          </w:p>
        </w:tc>
        <w:tc>
          <w:tcPr>
            <w:tcW w:w="2494" w:type="dxa"/>
            <w:shd w:val="clear" w:color="auto" w:fill="FFFFFF"/>
            <w:tcMar>
              <w:top w:w="40" w:type="dxa"/>
              <w:left w:w="40" w:type="dxa"/>
              <w:bottom w:w="40" w:type="dxa"/>
              <w:right w:w="40" w:type="dxa"/>
            </w:tcMar>
          </w:tcPr>
          <w:p w:rsidR="000040E7" w:rsidRDefault="00F27CD8">
            <w:r>
              <w:rPr>
                <w:b/>
                <w:color w:val="0F2942"/>
                <w:sz w:val="15"/>
              </w:rPr>
              <w:t>Pembersihan dan Pembenahan Lapangan Dusun I</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3</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100.000.000,00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9.</w:t>
            </w:r>
          </w:p>
        </w:tc>
        <w:tc>
          <w:tcPr>
            <w:tcW w:w="2494" w:type="dxa"/>
            <w:shd w:val="clear" w:color="auto" w:fill="F8FAFC"/>
            <w:tcMar>
              <w:top w:w="40" w:type="dxa"/>
              <w:left w:w="40" w:type="dxa"/>
              <w:bottom w:w="40" w:type="dxa"/>
              <w:right w:w="40" w:type="dxa"/>
            </w:tcMar>
          </w:tcPr>
          <w:p w:rsidR="000040E7" w:rsidRDefault="00F27CD8">
            <w:r>
              <w:rPr>
                <w:b/>
                <w:color w:val="0F2942"/>
                <w:sz w:val="15"/>
              </w:rPr>
              <w:t>Pemasangan Meteran Listrik Lapangan Dusun II</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7</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30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10.000.000,00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10.</w:t>
            </w:r>
          </w:p>
        </w:tc>
        <w:tc>
          <w:tcPr>
            <w:tcW w:w="2494" w:type="dxa"/>
            <w:shd w:val="clear" w:color="auto" w:fill="FFFFFF"/>
            <w:tcMar>
              <w:top w:w="40" w:type="dxa"/>
              <w:left w:w="40" w:type="dxa"/>
              <w:bottom w:w="40" w:type="dxa"/>
              <w:right w:w="40" w:type="dxa"/>
            </w:tcMar>
          </w:tcPr>
          <w:p w:rsidR="000040E7" w:rsidRDefault="00F27CD8">
            <w:r>
              <w:rPr>
                <w:b/>
                <w:color w:val="0F2942"/>
                <w:sz w:val="15"/>
              </w:rPr>
              <w:t>Pemeliharaan Poskamling</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16</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30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50.000.000,00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11.</w:t>
            </w:r>
          </w:p>
        </w:tc>
        <w:tc>
          <w:tcPr>
            <w:tcW w:w="2494" w:type="dxa"/>
            <w:shd w:val="clear" w:color="auto" w:fill="F8FAFC"/>
            <w:tcMar>
              <w:top w:w="40" w:type="dxa"/>
              <w:left w:w="40" w:type="dxa"/>
              <w:bottom w:w="40" w:type="dxa"/>
              <w:right w:w="40" w:type="dxa"/>
            </w:tcMar>
          </w:tcPr>
          <w:p w:rsidR="000040E7" w:rsidRDefault="00F27CD8">
            <w:r>
              <w:rPr>
                <w:b/>
                <w:color w:val="0F2942"/>
                <w:sz w:val="15"/>
              </w:rPr>
              <w:t>Poskamling Perbatasan Bungko-Mocil</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16</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50.000.000,00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12.</w:t>
            </w:r>
          </w:p>
        </w:tc>
        <w:tc>
          <w:tcPr>
            <w:tcW w:w="2494" w:type="dxa"/>
            <w:shd w:val="clear" w:color="auto" w:fill="FFFFFF"/>
            <w:tcMar>
              <w:top w:w="40" w:type="dxa"/>
              <w:left w:w="40" w:type="dxa"/>
              <w:bottom w:w="40" w:type="dxa"/>
              <w:right w:w="40" w:type="dxa"/>
            </w:tcMar>
          </w:tcPr>
          <w:p w:rsidR="000040E7" w:rsidRDefault="00F27CD8">
            <w:r>
              <w:rPr>
                <w:b/>
                <w:color w:val="0F2942"/>
                <w:sz w:val="15"/>
              </w:rPr>
              <w:t>Pelatihan Lisensi Pelatih Sepak Bola</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3</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90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20.000.000,00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13.</w:t>
            </w:r>
          </w:p>
        </w:tc>
        <w:tc>
          <w:tcPr>
            <w:tcW w:w="2494" w:type="dxa"/>
            <w:shd w:val="clear" w:color="auto" w:fill="F8FAFC"/>
            <w:tcMar>
              <w:top w:w="40" w:type="dxa"/>
              <w:left w:w="40" w:type="dxa"/>
              <w:bottom w:w="40" w:type="dxa"/>
              <w:right w:w="40" w:type="dxa"/>
            </w:tcMar>
          </w:tcPr>
          <w:p w:rsidR="000040E7" w:rsidRDefault="00F27CD8">
            <w:r>
              <w:rPr>
                <w:b/>
                <w:color w:val="0F2942"/>
                <w:sz w:val="15"/>
              </w:rPr>
              <w:t>Perluasan Lapangan Dusun II</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3</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400.000.000,00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14.</w:t>
            </w:r>
          </w:p>
        </w:tc>
        <w:tc>
          <w:tcPr>
            <w:tcW w:w="2494" w:type="dxa"/>
            <w:shd w:val="clear" w:color="auto" w:fill="FFFFFF"/>
            <w:tcMar>
              <w:top w:w="40" w:type="dxa"/>
              <w:left w:w="40" w:type="dxa"/>
              <w:bottom w:w="40" w:type="dxa"/>
              <w:right w:w="40" w:type="dxa"/>
            </w:tcMar>
          </w:tcPr>
          <w:p w:rsidR="000040E7" w:rsidRDefault="00F27CD8">
            <w:r>
              <w:rPr>
                <w:b/>
                <w:color w:val="0F2942"/>
                <w:sz w:val="15"/>
              </w:rPr>
              <w:t>Operasional Pemeliharaan Rumput Lapangan Dusun II</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3</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50.000.000,00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15.</w:t>
            </w:r>
          </w:p>
        </w:tc>
        <w:tc>
          <w:tcPr>
            <w:tcW w:w="2494" w:type="dxa"/>
            <w:shd w:val="clear" w:color="auto" w:fill="F8FAFC"/>
            <w:tcMar>
              <w:top w:w="40" w:type="dxa"/>
              <w:left w:w="40" w:type="dxa"/>
              <w:bottom w:w="40" w:type="dxa"/>
              <w:right w:w="40" w:type="dxa"/>
            </w:tcMar>
          </w:tcPr>
          <w:p w:rsidR="000040E7" w:rsidRDefault="00F27CD8">
            <w:r>
              <w:rPr>
                <w:b/>
                <w:color w:val="0F2942"/>
                <w:sz w:val="15"/>
              </w:rPr>
              <w:t>Pengadaan Kipas Angin Musholla An-Nisa</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16</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30 Hari</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5.000.000,00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16.</w:t>
            </w:r>
          </w:p>
        </w:tc>
        <w:tc>
          <w:tcPr>
            <w:tcW w:w="2494" w:type="dxa"/>
            <w:shd w:val="clear" w:color="auto" w:fill="FFFFFF"/>
            <w:tcMar>
              <w:top w:w="40" w:type="dxa"/>
              <w:left w:w="40" w:type="dxa"/>
              <w:bottom w:w="40" w:type="dxa"/>
              <w:right w:w="40" w:type="dxa"/>
            </w:tcMar>
          </w:tcPr>
          <w:p w:rsidR="000040E7" w:rsidRDefault="00F27CD8">
            <w:r>
              <w:rPr>
                <w:b/>
                <w:color w:val="0F2942"/>
                <w:sz w:val="15"/>
              </w:rPr>
              <w:t>Pembangunan Lanjutan Lapangan Dusun II</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11</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120 Hari</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600.000.000,00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10431" w:type="dxa"/>
            <w:gridSpan w:val="9"/>
            <w:shd w:val="clear" w:color="auto" w:fill="1B365D"/>
            <w:tcMar>
              <w:top w:w="65" w:type="dxa"/>
              <w:left w:w="70" w:type="dxa"/>
              <w:bottom w:w="65" w:type="dxa"/>
              <w:right w:w="70" w:type="dxa"/>
            </w:tcMar>
          </w:tcPr>
          <w:p w:rsidR="000040E7" w:rsidRDefault="00F27CD8">
            <w:r>
              <w:rPr>
                <w:b/>
                <w:color w:val="FFFFFF"/>
              </w:rPr>
              <w:lastRenderedPageBreak/>
              <w:t>BIDANG 4. PEMBERDAYAAN MASYARAKAT</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1.</w:t>
            </w:r>
          </w:p>
        </w:tc>
        <w:tc>
          <w:tcPr>
            <w:tcW w:w="2494" w:type="dxa"/>
            <w:shd w:val="clear" w:color="auto" w:fill="F8FAFC"/>
            <w:tcMar>
              <w:top w:w="40" w:type="dxa"/>
              <w:left w:w="40" w:type="dxa"/>
              <w:bottom w:w="40" w:type="dxa"/>
              <w:right w:w="40" w:type="dxa"/>
            </w:tcMar>
          </w:tcPr>
          <w:p w:rsidR="000040E7" w:rsidRDefault="00F27CD8">
            <w:r>
              <w:rPr>
                <w:b/>
                <w:color w:val="0F2942"/>
                <w:sz w:val="15"/>
              </w:rPr>
              <w:t>Peningkatan Kapasitas Pemerintah Desa terkait Naskah Dinas/Pengarsipan Dokumen</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16</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Pemerintah dan Kelembagaan Desa</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LS</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20.000.000,00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2.</w:t>
            </w:r>
          </w:p>
        </w:tc>
        <w:tc>
          <w:tcPr>
            <w:tcW w:w="2494" w:type="dxa"/>
            <w:shd w:val="clear" w:color="auto" w:fill="FFFFFF"/>
            <w:tcMar>
              <w:top w:w="40" w:type="dxa"/>
              <w:left w:w="40" w:type="dxa"/>
              <w:bottom w:w="40" w:type="dxa"/>
              <w:right w:w="40" w:type="dxa"/>
            </w:tcMar>
          </w:tcPr>
          <w:p w:rsidR="000040E7" w:rsidRDefault="00F27CD8">
            <w:r>
              <w:rPr>
                <w:b/>
                <w:color w:val="0F2942"/>
                <w:sz w:val="15"/>
              </w:rPr>
              <w:t>Peningkatan Kapasitas Kader TRIBINA</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3</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Kelembagaan Desa</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LS</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30.000.000,00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3.</w:t>
            </w:r>
          </w:p>
        </w:tc>
        <w:tc>
          <w:tcPr>
            <w:tcW w:w="2494" w:type="dxa"/>
            <w:shd w:val="clear" w:color="auto" w:fill="F8FAFC"/>
            <w:tcMar>
              <w:top w:w="40" w:type="dxa"/>
              <w:left w:w="40" w:type="dxa"/>
              <w:bottom w:w="40" w:type="dxa"/>
              <w:right w:w="40" w:type="dxa"/>
            </w:tcMar>
          </w:tcPr>
          <w:p w:rsidR="000040E7" w:rsidRDefault="00F27CD8">
            <w:r>
              <w:rPr>
                <w:b/>
                <w:color w:val="0F2942"/>
                <w:sz w:val="15"/>
              </w:rPr>
              <w:t>Pelatihan Servis Elektronik</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8</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LS</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15.000.000,00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4.</w:t>
            </w:r>
          </w:p>
        </w:tc>
        <w:tc>
          <w:tcPr>
            <w:tcW w:w="2494" w:type="dxa"/>
            <w:shd w:val="clear" w:color="auto" w:fill="FFFFFF"/>
            <w:tcMar>
              <w:top w:w="40" w:type="dxa"/>
              <w:left w:w="40" w:type="dxa"/>
              <w:bottom w:w="40" w:type="dxa"/>
              <w:right w:w="40" w:type="dxa"/>
            </w:tcMar>
          </w:tcPr>
          <w:p w:rsidR="000040E7" w:rsidRDefault="00F27CD8">
            <w:r>
              <w:rPr>
                <w:b/>
                <w:color w:val="0F2942"/>
                <w:sz w:val="15"/>
              </w:rPr>
              <w:t>Pelatihan Profesi Advokat</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16</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Masyarakat</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LS</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25.000.000,00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5.</w:t>
            </w:r>
          </w:p>
        </w:tc>
        <w:tc>
          <w:tcPr>
            <w:tcW w:w="2494" w:type="dxa"/>
            <w:shd w:val="clear" w:color="auto" w:fill="F8FAFC"/>
            <w:tcMar>
              <w:top w:w="40" w:type="dxa"/>
              <w:left w:w="40" w:type="dxa"/>
              <w:bottom w:w="40" w:type="dxa"/>
              <w:right w:w="40" w:type="dxa"/>
            </w:tcMar>
          </w:tcPr>
          <w:p w:rsidR="000040E7" w:rsidRDefault="00F27CD8">
            <w:r>
              <w:rPr>
                <w:b/>
                <w:color w:val="0F2942"/>
                <w:sz w:val="15"/>
              </w:rPr>
              <w:t>Pelatihan Alat Berat</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8</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LS</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50.000.000,00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6.</w:t>
            </w:r>
          </w:p>
        </w:tc>
        <w:tc>
          <w:tcPr>
            <w:tcW w:w="2494" w:type="dxa"/>
            <w:shd w:val="clear" w:color="auto" w:fill="FFFFFF"/>
            <w:tcMar>
              <w:top w:w="40" w:type="dxa"/>
              <w:left w:w="40" w:type="dxa"/>
              <w:bottom w:w="40" w:type="dxa"/>
              <w:right w:w="40" w:type="dxa"/>
            </w:tcMar>
          </w:tcPr>
          <w:p w:rsidR="000040E7" w:rsidRDefault="00F27CD8">
            <w:r>
              <w:rPr>
                <w:b/>
                <w:color w:val="0F2942"/>
                <w:sz w:val="15"/>
              </w:rPr>
              <w:t>Peningkatan Kapasitas PKK</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5</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Kelembagaan Desa</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LS</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12.000.000,00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7.</w:t>
            </w:r>
          </w:p>
        </w:tc>
        <w:tc>
          <w:tcPr>
            <w:tcW w:w="2494" w:type="dxa"/>
            <w:shd w:val="clear" w:color="auto" w:fill="F8FAFC"/>
            <w:tcMar>
              <w:top w:w="40" w:type="dxa"/>
              <w:left w:w="40" w:type="dxa"/>
              <w:bottom w:w="40" w:type="dxa"/>
              <w:right w:w="40" w:type="dxa"/>
            </w:tcMar>
          </w:tcPr>
          <w:p w:rsidR="000040E7" w:rsidRDefault="00F27CD8">
            <w:r>
              <w:rPr>
                <w:b/>
                <w:color w:val="0F2942"/>
                <w:sz w:val="15"/>
              </w:rPr>
              <w:t>Pelatihan Pengelolaan Hasil Pertanian</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2</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8FAFC"/>
            <w:tcMar>
              <w:top w:w="40" w:type="dxa"/>
              <w:left w:w="40" w:type="dxa"/>
              <w:bottom w:w="40" w:type="dxa"/>
              <w:right w:w="40" w:type="dxa"/>
            </w:tcMar>
          </w:tcPr>
          <w:p w:rsidR="000040E7" w:rsidRDefault="00F27CD8">
            <w:r>
              <w:rPr>
                <w:color w:val="334155"/>
                <w:sz w:val="15"/>
              </w:rPr>
              <w:t>Masyarakat</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LS</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33.000.000,00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ADD/DDS</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8.</w:t>
            </w:r>
          </w:p>
        </w:tc>
        <w:tc>
          <w:tcPr>
            <w:tcW w:w="2494" w:type="dxa"/>
            <w:shd w:val="clear" w:color="auto" w:fill="FFFFFF"/>
            <w:tcMar>
              <w:top w:w="40" w:type="dxa"/>
              <w:left w:w="40" w:type="dxa"/>
              <w:bottom w:w="40" w:type="dxa"/>
              <w:right w:w="40" w:type="dxa"/>
            </w:tcMar>
          </w:tcPr>
          <w:p w:rsidR="000040E7" w:rsidRDefault="00F27CD8">
            <w:r>
              <w:rPr>
                <w:b/>
                <w:color w:val="0F2942"/>
                <w:sz w:val="15"/>
              </w:rPr>
              <w:t>Bimtek Peningkatan Kapasitas Sangadi dan Perangkat</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16</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Pemdes dan Kelembagaan Desa</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LS</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200.000.000,00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8FAFC"/>
            <w:tcMar>
              <w:top w:w="40" w:type="dxa"/>
              <w:left w:w="40" w:type="dxa"/>
              <w:bottom w:w="40" w:type="dxa"/>
              <w:right w:w="40" w:type="dxa"/>
            </w:tcMar>
          </w:tcPr>
          <w:p w:rsidR="000040E7" w:rsidRDefault="00F27CD8">
            <w:pPr>
              <w:jc w:val="center"/>
            </w:pPr>
            <w:r>
              <w:rPr>
                <w:color w:val="475569"/>
                <w:sz w:val="15"/>
              </w:rPr>
              <w:t>9.</w:t>
            </w:r>
          </w:p>
        </w:tc>
        <w:tc>
          <w:tcPr>
            <w:tcW w:w="2494" w:type="dxa"/>
            <w:shd w:val="clear" w:color="auto" w:fill="F8FAFC"/>
            <w:tcMar>
              <w:top w:w="40" w:type="dxa"/>
              <w:left w:w="40" w:type="dxa"/>
              <w:bottom w:w="40" w:type="dxa"/>
              <w:right w:w="40" w:type="dxa"/>
            </w:tcMar>
          </w:tcPr>
          <w:p w:rsidR="000040E7" w:rsidRDefault="00F27CD8">
            <w:r>
              <w:rPr>
                <w:b/>
                <w:color w:val="0F2942"/>
                <w:sz w:val="15"/>
              </w:rPr>
              <w:t>Peningkatan Kader dalam pengelolaan Posyandu</w:t>
            </w:r>
          </w:p>
        </w:tc>
        <w:tc>
          <w:tcPr>
            <w:tcW w:w="624" w:type="dxa"/>
            <w:shd w:val="clear" w:color="auto" w:fill="F8FAFC"/>
            <w:tcMar>
              <w:top w:w="40" w:type="dxa"/>
              <w:left w:w="40" w:type="dxa"/>
              <w:bottom w:w="40" w:type="dxa"/>
              <w:right w:w="40" w:type="dxa"/>
            </w:tcMar>
          </w:tcPr>
          <w:p w:rsidR="000040E7" w:rsidRDefault="00F27CD8">
            <w:pPr>
              <w:jc w:val="center"/>
            </w:pPr>
            <w:r>
              <w:rPr>
                <w:color w:val="475569"/>
                <w:sz w:val="15"/>
              </w:rPr>
              <w:t>3</w:t>
            </w:r>
          </w:p>
        </w:tc>
        <w:tc>
          <w:tcPr>
            <w:tcW w:w="964" w:type="dxa"/>
            <w:shd w:val="clear" w:color="auto" w:fill="F8FAFC"/>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8FAFC"/>
            <w:tcMar>
              <w:top w:w="40" w:type="dxa"/>
              <w:left w:w="40" w:type="dxa"/>
              <w:bottom w:w="40" w:type="dxa"/>
              <w:right w:w="40" w:type="dxa"/>
            </w:tcMar>
          </w:tcPr>
          <w:p w:rsidR="000040E7" w:rsidRDefault="00F27CD8">
            <w:pPr>
              <w:jc w:val="center"/>
            </w:pPr>
            <w:r>
              <w:rPr>
                <w:color w:val="334155"/>
                <w:sz w:val="15"/>
              </w:rPr>
              <w:t>1 Keg</w:t>
            </w:r>
          </w:p>
        </w:tc>
        <w:tc>
          <w:tcPr>
            <w:tcW w:w="1304" w:type="dxa"/>
            <w:shd w:val="clear" w:color="auto" w:fill="F8FAFC"/>
            <w:tcMar>
              <w:top w:w="40" w:type="dxa"/>
              <w:left w:w="40" w:type="dxa"/>
              <w:bottom w:w="40" w:type="dxa"/>
              <w:right w:w="40" w:type="dxa"/>
            </w:tcMar>
          </w:tcPr>
          <w:p w:rsidR="000040E7" w:rsidRDefault="00F27CD8">
            <w:r>
              <w:rPr>
                <w:color w:val="334155"/>
                <w:sz w:val="15"/>
              </w:rPr>
              <w:t>Kader</w:t>
            </w:r>
          </w:p>
        </w:tc>
        <w:tc>
          <w:tcPr>
            <w:tcW w:w="907" w:type="dxa"/>
            <w:shd w:val="clear" w:color="auto" w:fill="F8FAFC"/>
            <w:tcMar>
              <w:top w:w="40" w:type="dxa"/>
              <w:left w:w="40" w:type="dxa"/>
              <w:bottom w:w="40" w:type="dxa"/>
              <w:right w:w="40" w:type="dxa"/>
            </w:tcMar>
          </w:tcPr>
          <w:p w:rsidR="000040E7" w:rsidRDefault="00F27CD8">
            <w:pPr>
              <w:jc w:val="center"/>
            </w:pPr>
            <w:r>
              <w:rPr>
                <w:color w:val="334155"/>
                <w:sz w:val="15"/>
              </w:rPr>
              <w:t>LS</w:t>
            </w:r>
          </w:p>
        </w:tc>
        <w:tc>
          <w:tcPr>
            <w:tcW w:w="1531" w:type="dxa"/>
            <w:shd w:val="clear" w:color="auto" w:fill="F8FAFC"/>
            <w:tcMar>
              <w:top w:w="40" w:type="dxa"/>
              <w:left w:w="40" w:type="dxa"/>
              <w:bottom w:w="40" w:type="dxa"/>
              <w:right w:w="40" w:type="dxa"/>
            </w:tcMar>
          </w:tcPr>
          <w:p w:rsidR="000040E7" w:rsidRDefault="00F27CD8">
            <w:pPr>
              <w:jc w:val="right"/>
            </w:pPr>
            <w:r>
              <w:rPr>
                <w:b/>
                <w:color w:val="0F2942"/>
                <w:sz w:val="15"/>
              </w:rPr>
              <w:t>20.000.000,00</w:t>
            </w:r>
          </w:p>
        </w:tc>
        <w:tc>
          <w:tcPr>
            <w:tcW w:w="1191" w:type="dxa"/>
            <w:shd w:val="clear" w:color="auto" w:fill="F8FAFC"/>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454" w:type="dxa"/>
            <w:shd w:val="clear" w:color="auto" w:fill="FFFFFF"/>
            <w:tcMar>
              <w:top w:w="40" w:type="dxa"/>
              <w:left w:w="40" w:type="dxa"/>
              <w:bottom w:w="40" w:type="dxa"/>
              <w:right w:w="40" w:type="dxa"/>
            </w:tcMar>
          </w:tcPr>
          <w:p w:rsidR="000040E7" w:rsidRDefault="00F27CD8">
            <w:pPr>
              <w:jc w:val="center"/>
            </w:pPr>
            <w:r>
              <w:rPr>
                <w:color w:val="475569"/>
                <w:sz w:val="15"/>
              </w:rPr>
              <w:t>10.</w:t>
            </w:r>
          </w:p>
        </w:tc>
        <w:tc>
          <w:tcPr>
            <w:tcW w:w="2494" w:type="dxa"/>
            <w:shd w:val="clear" w:color="auto" w:fill="FFFFFF"/>
            <w:tcMar>
              <w:top w:w="40" w:type="dxa"/>
              <w:left w:w="40" w:type="dxa"/>
              <w:bottom w:w="40" w:type="dxa"/>
              <w:right w:w="40" w:type="dxa"/>
            </w:tcMar>
          </w:tcPr>
          <w:p w:rsidR="000040E7" w:rsidRDefault="00F27CD8">
            <w:r>
              <w:rPr>
                <w:b/>
                <w:color w:val="0F2942"/>
                <w:sz w:val="15"/>
              </w:rPr>
              <w:t>Bimtek Peningkatan Kapasitas BPD</w:t>
            </w:r>
          </w:p>
        </w:tc>
        <w:tc>
          <w:tcPr>
            <w:tcW w:w="624" w:type="dxa"/>
            <w:shd w:val="clear" w:color="auto" w:fill="FFFFFF"/>
            <w:tcMar>
              <w:top w:w="40" w:type="dxa"/>
              <w:left w:w="40" w:type="dxa"/>
              <w:bottom w:w="40" w:type="dxa"/>
              <w:right w:w="40" w:type="dxa"/>
            </w:tcMar>
          </w:tcPr>
          <w:p w:rsidR="000040E7" w:rsidRDefault="00F27CD8">
            <w:pPr>
              <w:jc w:val="center"/>
            </w:pPr>
            <w:r>
              <w:rPr>
                <w:color w:val="475569"/>
                <w:sz w:val="15"/>
              </w:rPr>
              <w:t>16</w:t>
            </w:r>
          </w:p>
        </w:tc>
        <w:tc>
          <w:tcPr>
            <w:tcW w:w="964" w:type="dxa"/>
            <w:shd w:val="clear" w:color="auto" w:fill="FFFFFF"/>
            <w:tcMar>
              <w:top w:w="40" w:type="dxa"/>
              <w:left w:w="40" w:type="dxa"/>
              <w:bottom w:w="40" w:type="dxa"/>
              <w:right w:w="40" w:type="dxa"/>
            </w:tcMar>
          </w:tcPr>
          <w:p w:rsidR="000040E7" w:rsidRDefault="00F27CD8">
            <w:pPr>
              <w:jc w:val="center"/>
            </w:pPr>
            <w:r>
              <w:rPr>
                <w:color w:val="334155"/>
                <w:sz w:val="15"/>
              </w:rPr>
              <w:t>Bungko</w:t>
            </w:r>
          </w:p>
        </w:tc>
        <w:tc>
          <w:tcPr>
            <w:tcW w:w="737" w:type="dxa"/>
            <w:shd w:val="clear" w:color="auto" w:fill="FFFFFF"/>
            <w:tcMar>
              <w:top w:w="40" w:type="dxa"/>
              <w:left w:w="40" w:type="dxa"/>
              <w:bottom w:w="40" w:type="dxa"/>
              <w:right w:w="40" w:type="dxa"/>
            </w:tcMar>
          </w:tcPr>
          <w:p w:rsidR="000040E7" w:rsidRDefault="00F27CD8">
            <w:pPr>
              <w:jc w:val="center"/>
            </w:pPr>
            <w:r>
              <w:rPr>
                <w:color w:val="334155"/>
                <w:sz w:val="15"/>
              </w:rPr>
              <w:t>1 Paket</w:t>
            </w:r>
          </w:p>
        </w:tc>
        <w:tc>
          <w:tcPr>
            <w:tcW w:w="1304" w:type="dxa"/>
            <w:shd w:val="clear" w:color="auto" w:fill="FFFFFF"/>
            <w:tcMar>
              <w:top w:w="40" w:type="dxa"/>
              <w:left w:w="40" w:type="dxa"/>
              <w:bottom w:w="40" w:type="dxa"/>
              <w:right w:w="40" w:type="dxa"/>
            </w:tcMar>
          </w:tcPr>
          <w:p w:rsidR="000040E7" w:rsidRDefault="00F27CD8">
            <w:r>
              <w:rPr>
                <w:color w:val="334155"/>
                <w:sz w:val="15"/>
              </w:rPr>
              <w:t>BPD</w:t>
            </w:r>
          </w:p>
        </w:tc>
        <w:tc>
          <w:tcPr>
            <w:tcW w:w="907" w:type="dxa"/>
            <w:shd w:val="clear" w:color="auto" w:fill="FFFFFF"/>
            <w:tcMar>
              <w:top w:w="40" w:type="dxa"/>
              <w:left w:w="40" w:type="dxa"/>
              <w:bottom w:w="40" w:type="dxa"/>
              <w:right w:w="40" w:type="dxa"/>
            </w:tcMar>
          </w:tcPr>
          <w:p w:rsidR="000040E7" w:rsidRDefault="00F27CD8">
            <w:pPr>
              <w:jc w:val="center"/>
            </w:pPr>
            <w:r>
              <w:rPr>
                <w:color w:val="334155"/>
                <w:sz w:val="15"/>
              </w:rPr>
              <w:t>LS</w:t>
            </w:r>
          </w:p>
        </w:tc>
        <w:tc>
          <w:tcPr>
            <w:tcW w:w="1531" w:type="dxa"/>
            <w:shd w:val="clear" w:color="auto" w:fill="FFFFFF"/>
            <w:tcMar>
              <w:top w:w="40" w:type="dxa"/>
              <w:left w:w="40" w:type="dxa"/>
              <w:bottom w:w="40" w:type="dxa"/>
              <w:right w:w="40" w:type="dxa"/>
            </w:tcMar>
          </w:tcPr>
          <w:p w:rsidR="000040E7" w:rsidRDefault="00F27CD8">
            <w:pPr>
              <w:jc w:val="right"/>
            </w:pPr>
            <w:r>
              <w:rPr>
                <w:b/>
                <w:color w:val="0F2942"/>
                <w:sz w:val="15"/>
              </w:rPr>
              <w:t>240.000.000,00</w:t>
            </w:r>
          </w:p>
        </w:tc>
        <w:tc>
          <w:tcPr>
            <w:tcW w:w="1191" w:type="dxa"/>
            <w:shd w:val="clear" w:color="auto" w:fill="FFFFFF"/>
            <w:tcMar>
              <w:top w:w="40" w:type="dxa"/>
              <w:left w:w="40" w:type="dxa"/>
              <w:bottom w:w="40" w:type="dxa"/>
              <w:right w:w="40" w:type="dxa"/>
            </w:tcMar>
          </w:tcPr>
          <w:p w:rsidR="000040E7" w:rsidRDefault="00F27CD8">
            <w:pPr>
              <w:jc w:val="center"/>
            </w:pPr>
            <w:r>
              <w:rPr>
                <w:b/>
                <w:color w:val="005B96"/>
                <w:sz w:val="15"/>
              </w:rPr>
              <w:t>ADD</w:t>
            </w:r>
          </w:p>
        </w:tc>
      </w:tr>
      <w:tr w:rsidR="000040E7">
        <w:trPr>
          <w:jc w:val="center"/>
        </w:trPr>
        <w:tc>
          <w:tcPr>
            <w:tcW w:w="8113" w:type="dxa"/>
            <w:gridSpan w:val="7"/>
            <w:shd w:val="clear" w:color="auto" w:fill="0F2942"/>
            <w:tcMar>
              <w:top w:w="70" w:type="dxa"/>
              <w:left w:w="70" w:type="dxa"/>
              <w:bottom w:w="70" w:type="dxa"/>
              <w:right w:w="70" w:type="dxa"/>
            </w:tcMar>
          </w:tcPr>
          <w:p w:rsidR="000040E7" w:rsidRDefault="00F27CD8">
            <w:pPr>
              <w:jc w:val="right"/>
            </w:pPr>
            <w:r>
              <w:rPr>
                <w:b/>
                <w:color w:val="FFFFFF"/>
                <w:sz w:val="16"/>
              </w:rPr>
              <w:t>TOTAL PRAKIRAAN BIAYA USULAN DU-RKP DESA 2027:</w:t>
            </w:r>
          </w:p>
        </w:tc>
        <w:tc>
          <w:tcPr>
            <w:tcW w:w="1159" w:type="dxa"/>
            <w:shd w:val="clear" w:color="auto" w:fill="0F2942"/>
            <w:tcMar>
              <w:top w:w="70" w:type="dxa"/>
              <w:left w:w="40" w:type="dxa"/>
              <w:bottom w:w="70" w:type="dxa"/>
              <w:right w:w="40" w:type="dxa"/>
            </w:tcMar>
          </w:tcPr>
          <w:p w:rsidR="000040E7" w:rsidRDefault="00F27CD8">
            <w:pPr>
              <w:jc w:val="right"/>
            </w:pPr>
            <w:r>
              <w:rPr>
                <w:b/>
                <w:color w:val="FBBF24"/>
              </w:rPr>
              <w:t>8.611.000.000,00</w:t>
            </w:r>
          </w:p>
        </w:tc>
        <w:tc>
          <w:tcPr>
            <w:tcW w:w="1159" w:type="dxa"/>
            <w:shd w:val="clear" w:color="auto" w:fill="0F2942"/>
          </w:tcPr>
          <w:p w:rsidR="000040E7" w:rsidRDefault="000040E7"/>
        </w:tc>
      </w:tr>
    </w:tbl>
    <w:p w:rsidR="000040E7" w:rsidRDefault="000040E7">
      <w:pPr>
        <w:spacing w:before="280"/>
      </w:pPr>
    </w:p>
    <w:tbl>
      <w:tblPr>
        <w:tblW w:w="0" w:type="auto"/>
        <w:jc w:val="center"/>
        <w:tblBorders>
          <w:top w:val="single" w:sz="0" w:space="0" w:color="FFFFFF"/>
          <w:bottom w:val="single" w:sz="0" w:space="0" w:color="FFFFFF"/>
          <w:insideH w:val="single" w:sz="0" w:space="0" w:color="FFFFFF"/>
          <w:insideV w:val="single" w:sz="0" w:space="0" w:color="FFFFFF"/>
        </w:tblBorders>
        <w:tblLook w:val="04A0"/>
      </w:tblPr>
      <w:tblGrid>
        <w:gridCol w:w="4860"/>
        <w:gridCol w:w="4840"/>
      </w:tblGrid>
      <w:tr w:rsidR="000040E7">
        <w:trPr>
          <w:jc w:val="center"/>
        </w:trPr>
        <w:tc>
          <w:tcPr>
            <w:tcW w:w="5159" w:type="dxa"/>
            <w:tcMar>
              <w:top w:w="70" w:type="dxa"/>
              <w:left w:w="80" w:type="dxa"/>
              <w:bottom w:w="70" w:type="dxa"/>
              <w:right w:w="80" w:type="dxa"/>
            </w:tcMar>
          </w:tcPr>
          <w:p w:rsidR="000040E7" w:rsidRDefault="00F27CD8">
            <w:pPr>
              <w:jc w:val="center"/>
            </w:pPr>
            <w:proofErr w:type="spellStart"/>
            <w:r>
              <w:rPr>
                <w:sz w:val="18"/>
              </w:rPr>
              <w:t>Mengetahui</w:t>
            </w:r>
            <w:proofErr w:type="spellEnd"/>
            <w:r>
              <w:rPr>
                <w:sz w:val="18"/>
              </w:rPr>
              <w:t>,</w:t>
            </w:r>
            <w:r>
              <w:rPr>
                <w:sz w:val="18"/>
              </w:rPr>
              <w:br/>
            </w:r>
            <w:proofErr w:type="spellStart"/>
            <w:r>
              <w:rPr>
                <w:sz w:val="18"/>
              </w:rPr>
              <w:t>Sangadi</w:t>
            </w:r>
            <w:proofErr w:type="spellEnd"/>
            <w:r>
              <w:rPr>
                <w:sz w:val="18"/>
              </w:rPr>
              <w:t xml:space="preserve"> </w:t>
            </w:r>
            <w:proofErr w:type="spellStart"/>
            <w:r>
              <w:rPr>
                <w:sz w:val="18"/>
              </w:rPr>
              <w:t>Desa</w:t>
            </w:r>
            <w:proofErr w:type="spellEnd"/>
            <w:r>
              <w:rPr>
                <w:sz w:val="18"/>
              </w:rPr>
              <w:t xml:space="preserve"> </w:t>
            </w:r>
            <w:proofErr w:type="spellStart"/>
            <w:r>
              <w:rPr>
                <w:sz w:val="18"/>
              </w:rPr>
              <w:t>Bungko</w:t>
            </w:r>
            <w:proofErr w:type="spellEnd"/>
            <w:r w:rsidR="003C569C">
              <w:rPr>
                <w:sz w:val="18"/>
              </w:rPr>
              <w:t>,</w:t>
            </w:r>
            <w:r>
              <w:rPr>
                <w:sz w:val="18"/>
              </w:rPr>
              <w:br/>
            </w:r>
            <w:r>
              <w:rPr>
                <w:sz w:val="18"/>
              </w:rPr>
              <w:br/>
            </w:r>
            <w:r>
              <w:rPr>
                <w:sz w:val="18"/>
              </w:rPr>
              <w:br/>
            </w:r>
            <w:r>
              <w:rPr>
                <w:sz w:val="18"/>
              </w:rPr>
              <w:br/>
            </w:r>
            <w:r>
              <w:rPr>
                <w:sz w:val="18"/>
              </w:rPr>
              <w:br/>
            </w:r>
            <w:r>
              <w:rPr>
                <w:b/>
                <w:sz w:val="19"/>
                <w:u w:val="single"/>
              </w:rPr>
              <w:t>AMINULAH PAPUTUNGAN</w:t>
            </w:r>
          </w:p>
        </w:tc>
        <w:tc>
          <w:tcPr>
            <w:tcW w:w="5159" w:type="dxa"/>
            <w:tcMar>
              <w:top w:w="70" w:type="dxa"/>
              <w:left w:w="80" w:type="dxa"/>
              <w:bottom w:w="70" w:type="dxa"/>
              <w:right w:w="80" w:type="dxa"/>
            </w:tcMar>
          </w:tcPr>
          <w:p w:rsidR="000040E7" w:rsidRDefault="00F27CD8">
            <w:pPr>
              <w:jc w:val="center"/>
            </w:pPr>
            <w:r>
              <w:rPr>
                <w:sz w:val="18"/>
              </w:rPr>
              <w:t>Bungko, Agustus 2026</w:t>
            </w:r>
            <w:r>
              <w:rPr>
                <w:sz w:val="18"/>
              </w:rPr>
              <w:br/>
              <w:t>Ketua Tim Penyusun RKP Desa,</w:t>
            </w:r>
            <w:r>
              <w:rPr>
                <w:sz w:val="18"/>
              </w:rPr>
              <w:br/>
            </w:r>
            <w:r>
              <w:rPr>
                <w:sz w:val="18"/>
              </w:rPr>
              <w:br/>
            </w:r>
            <w:r>
              <w:rPr>
                <w:sz w:val="18"/>
              </w:rPr>
              <w:br/>
            </w:r>
            <w:r>
              <w:rPr>
                <w:sz w:val="18"/>
              </w:rPr>
              <w:br/>
            </w:r>
            <w:r>
              <w:rPr>
                <w:sz w:val="18"/>
              </w:rPr>
              <w:br/>
            </w:r>
            <w:r>
              <w:rPr>
                <w:b/>
                <w:sz w:val="19"/>
                <w:u w:val="single"/>
              </w:rPr>
              <w:t>FIKKY AGUSTIAN POTABUGA</w:t>
            </w:r>
          </w:p>
        </w:tc>
      </w:tr>
    </w:tbl>
    <w:p w:rsidR="00F27CD8" w:rsidRDefault="00F27CD8"/>
    <w:sectPr w:rsidR="00F27CD8" w:rsidSect="003C569C">
      <w:pgSz w:w="12240" w:h="18720" w:code="14"/>
      <w:pgMar w:top="1134" w:right="1170" w:bottom="3690" w:left="153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20"/>
  <w:drawingGridHorizontalSpacing w:val="85"/>
  <w:displayHorizontalDrawingGridEvery w:val="2"/>
  <w:characterSpacingControl w:val="doNotCompress"/>
  <w:compat>
    <w:useFELayout/>
  </w:compat>
  <w:rsids>
    <w:rsidRoot w:val="00B47730"/>
    <w:rsid w:val="000040E7"/>
    <w:rsid w:val="00034616"/>
    <w:rsid w:val="0006063C"/>
    <w:rsid w:val="000C6779"/>
    <w:rsid w:val="0015074B"/>
    <w:rsid w:val="0029639D"/>
    <w:rsid w:val="002B2F2D"/>
    <w:rsid w:val="00326F90"/>
    <w:rsid w:val="003C569C"/>
    <w:rsid w:val="0040342E"/>
    <w:rsid w:val="00503FCC"/>
    <w:rsid w:val="0051189D"/>
    <w:rsid w:val="005B4179"/>
    <w:rsid w:val="006C5050"/>
    <w:rsid w:val="008F77E5"/>
    <w:rsid w:val="00A509F2"/>
    <w:rsid w:val="00A535F1"/>
    <w:rsid w:val="00AA1D8D"/>
    <w:rsid w:val="00B47730"/>
    <w:rsid w:val="00CB0664"/>
    <w:rsid w:val="00D33484"/>
    <w:rsid w:val="00F27CD8"/>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E293B"/>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3C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569C"/>
    <w:rPr>
      <w:rFonts w:ascii="Tahoma" w:hAnsi="Tahoma" w:cs="Tahoma"/>
      <w:color w:val="1E293B"/>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B2DFE-3329-489F-884E-A14D9EC6D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16</Pages>
  <Words>4648</Words>
  <Characters>26500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31086</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AKBAR</cp:lastModifiedBy>
  <cp:revision>11</cp:revision>
  <cp:lastPrinted>2026-09-21T00:45:00Z</cp:lastPrinted>
  <dcterms:created xsi:type="dcterms:W3CDTF">2013-12-23T23:15:00Z</dcterms:created>
  <dcterms:modified xsi:type="dcterms:W3CDTF">2026-09-22T07:40:00Z</dcterms:modified>
  <cp:category/>
</cp:coreProperties>
</file>