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55D" w:rsidRPr="0016577E" w:rsidRDefault="0016577E">
      <w:pPr>
        <w:spacing w:after="20"/>
        <w:jc w:val="center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sz w:val="24"/>
          <w:szCs w:val="24"/>
        </w:rPr>
        <w:t>BERITA ACARA</w:t>
      </w:r>
    </w:p>
    <w:p w:rsidR="0049255D" w:rsidRPr="0016577E" w:rsidRDefault="0016577E">
      <w:pPr>
        <w:spacing w:after="20"/>
        <w:jc w:val="center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sz w:val="24"/>
          <w:szCs w:val="24"/>
        </w:rPr>
        <w:t>MUSYAWARAH PERENCANAAN PEMBANGUNAN DESA (MUSRENBANGDES)</w:t>
      </w:r>
    </w:p>
    <w:p w:rsidR="0049255D" w:rsidRPr="0016577E" w:rsidRDefault="0016577E">
      <w:pPr>
        <w:spacing w:after="20"/>
        <w:jc w:val="center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sz w:val="24"/>
          <w:szCs w:val="24"/>
        </w:rPr>
        <w:t>PEMBAHASAN DAN PENYEPAKATAN RANCANGAN RKP DESA DAN DAFTAR USULAN RKP DESA TAHUN 2027</w:t>
      </w:r>
    </w:p>
    <w:p w:rsidR="0049255D" w:rsidRPr="0016577E" w:rsidRDefault="0049255D">
      <w:pPr>
        <w:rPr>
          <w:rFonts w:ascii="Bookman Old Style" w:hAnsi="Bookman Old Style"/>
          <w:sz w:val="24"/>
          <w:szCs w:val="24"/>
        </w:rPr>
      </w:pPr>
    </w:p>
    <w:p w:rsidR="0049255D" w:rsidRDefault="0016577E">
      <w:pPr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16577E">
        <w:rPr>
          <w:rFonts w:ascii="Bookman Old Style" w:hAnsi="Bookman Old Style"/>
          <w:sz w:val="24"/>
          <w:szCs w:val="24"/>
        </w:rPr>
        <w:t>Pada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hari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ini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Senin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tanggal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Tiga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puluh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satu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bulan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Agustus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tahun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Dua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ribu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dua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puluh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enam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bertempat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Balai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Desa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Mototanoban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Desa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Bungko</w:t>
      </w:r>
      <w:proofErr w:type="spellEnd"/>
      <w:r>
        <w:rPr>
          <w:rFonts w:ascii="Bookman Old Style" w:hAnsi="Bookman Old Style"/>
          <w:sz w:val="24"/>
          <w:szCs w:val="24"/>
        </w:rPr>
        <w:t xml:space="preserve">, </w:t>
      </w:r>
      <w:proofErr w:type="spellStart"/>
      <w:r>
        <w:rPr>
          <w:rFonts w:ascii="Bookman Old Style" w:hAnsi="Bookman Old Style"/>
          <w:sz w:val="24"/>
          <w:szCs w:val="24"/>
        </w:rPr>
        <w:t>t</w:t>
      </w:r>
      <w:r w:rsidRPr="0016577E">
        <w:rPr>
          <w:rFonts w:ascii="Bookman Old Style" w:hAnsi="Bookman Old Style"/>
          <w:sz w:val="24"/>
          <w:szCs w:val="24"/>
        </w:rPr>
        <w:t>elah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dilaksanakan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Musyawarah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Perencanaan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Pembangunan Desa (MusrenbangDes) dalam rangka Pembahasan dan Penyepakatan Rancangan Rencana Kerja Pemerintah Desa (RKP Desa) dan Daftar Usulan Rencana Kerja Pemerintah Desa (DU RKP </w:t>
      </w:r>
      <w:proofErr w:type="spellStart"/>
      <w:r w:rsidRPr="0016577E">
        <w:rPr>
          <w:rFonts w:ascii="Bookman Old Style" w:hAnsi="Bookman Old Style"/>
          <w:sz w:val="24"/>
          <w:szCs w:val="24"/>
        </w:rPr>
        <w:t>Desa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) </w:t>
      </w:r>
      <w:proofErr w:type="spellStart"/>
      <w:r w:rsidRPr="0016577E">
        <w:rPr>
          <w:rFonts w:ascii="Bookman Old Style" w:hAnsi="Bookman Old Style"/>
          <w:sz w:val="24"/>
          <w:szCs w:val="24"/>
        </w:rPr>
        <w:t>Desa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Bungko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Tahun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Anggaran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2027.</w:t>
      </w:r>
    </w:p>
    <w:p w:rsidR="0016577E" w:rsidRPr="0016577E" w:rsidRDefault="0016577E">
      <w:pPr>
        <w:jc w:val="both"/>
        <w:rPr>
          <w:rFonts w:ascii="Bookman Old Style" w:hAnsi="Bookman Old Style"/>
          <w:sz w:val="24"/>
          <w:szCs w:val="24"/>
        </w:rPr>
      </w:pPr>
    </w:p>
    <w:p w:rsidR="0049255D" w:rsidRPr="0016577E" w:rsidRDefault="0016577E">
      <w:pPr>
        <w:jc w:val="both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b/>
          <w:sz w:val="24"/>
          <w:szCs w:val="24"/>
        </w:rPr>
        <w:t>A. DASAR HUKUM:</w:t>
      </w:r>
    </w:p>
    <w:p w:rsidR="0049255D" w:rsidRPr="0016577E" w:rsidRDefault="0016577E" w:rsidP="0016577E">
      <w:pPr>
        <w:pStyle w:val="ListNumber"/>
        <w:jc w:val="both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sz w:val="24"/>
          <w:szCs w:val="24"/>
        </w:rPr>
        <w:t>Undang-Undang Nomor 6 Tahun 2014 tentang Desa;</w:t>
      </w:r>
    </w:p>
    <w:p w:rsidR="0049255D" w:rsidRPr="0016577E" w:rsidRDefault="0016577E" w:rsidP="0016577E">
      <w:pPr>
        <w:pStyle w:val="ListNumber"/>
        <w:jc w:val="both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sz w:val="24"/>
          <w:szCs w:val="24"/>
        </w:rPr>
        <w:t>Permendagri Nomor 114 Tahun 2014 tentang Pedoman Pembangunan Desa;</w:t>
      </w:r>
    </w:p>
    <w:p w:rsidR="0049255D" w:rsidRPr="0016577E" w:rsidRDefault="0016577E" w:rsidP="0016577E">
      <w:pPr>
        <w:pStyle w:val="ListNumber"/>
        <w:jc w:val="both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sz w:val="24"/>
          <w:szCs w:val="24"/>
        </w:rPr>
        <w:t>Permendesa PDTT Nomor 21 Tahun 2020 tentang Pedoman Umum Pembangunan Desa dan Pemberdayaan Masyarakat Desa;</w:t>
      </w:r>
    </w:p>
    <w:p w:rsidR="0049255D" w:rsidRDefault="0016577E" w:rsidP="0016577E">
      <w:pPr>
        <w:pStyle w:val="ListNumber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16577E">
        <w:rPr>
          <w:rFonts w:ascii="Bookman Old Style" w:hAnsi="Bookman Old Style"/>
          <w:sz w:val="24"/>
          <w:szCs w:val="24"/>
        </w:rPr>
        <w:t>Peraturan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Desa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Bungko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Nomor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... Tahun 202</w:t>
      </w:r>
      <w:r>
        <w:rPr>
          <w:rFonts w:ascii="Bookman Old Style" w:hAnsi="Bookman Old Style"/>
          <w:sz w:val="24"/>
          <w:szCs w:val="24"/>
        </w:rPr>
        <w:t>0</w:t>
      </w:r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tentang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RPJM </w:t>
      </w:r>
      <w:proofErr w:type="spellStart"/>
      <w:r w:rsidRPr="0016577E">
        <w:rPr>
          <w:rFonts w:ascii="Bookman Old Style" w:hAnsi="Bookman Old Style"/>
          <w:sz w:val="24"/>
          <w:szCs w:val="24"/>
        </w:rPr>
        <w:t>Desa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Bungko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Tahun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2020-2028.</w:t>
      </w:r>
    </w:p>
    <w:p w:rsidR="0016577E" w:rsidRPr="0016577E" w:rsidRDefault="0016577E" w:rsidP="0016577E">
      <w:pPr>
        <w:pStyle w:val="ListNumber"/>
        <w:numPr>
          <w:ilvl w:val="0"/>
          <w:numId w:val="0"/>
        </w:num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49255D" w:rsidRPr="0016577E" w:rsidRDefault="0016577E">
      <w:pPr>
        <w:jc w:val="both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b/>
          <w:sz w:val="24"/>
          <w:szCs w:val="24"/>
        </w:rPr>
        <w:t>B. PIMPINAN, NARASUMBER DAN PESERTA:</w:t>
      </w:r>
    </w:p>
    <w:p w:rsidR="0049255D" w:rsidRPr="0016577E" w:rsidRDefault="0016577E" w:rsidP="0016577E">
      <w:pPr>
        <w:pStyle w:val="ListBullet"/>
        <w:numPr>
          <w:ilvl w:val="0"/>
          <w:numId w:val="0"/>
        </w:numPr>
        <w:ind w:left="360"/>
        <w:rPr>
          <w:rFonts w:ascii="Bookman Old Style" w:hAnsi="Bookman Old Style"/>
          <w:sz w:val="24"/>
          <w:szCs w:val="24"/>
        </w:rPr>
      </w:pPr>
      <w:proofErr w:type="spellStart"/>
      <w:r w:rsidRPr="0016577E">
        <w:rPr>
          <w:rFonts w:ascii="Bookman Old Style" w:hAnsi="Bookman Old Style"/>
          <w:sz w:val="24"/>
          <w:szCs w:val="24"/>
        </w:rPr>
        <w:t>Pimpinan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Musyawarah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ab/>
      </w:r>
      <w:r w:rsidRPr="0016577E">
        <w:rPr>
          <w:rFonts w:ascii="Bookman Old Style" w:hAnsi="Bookman Old Style"/>
          <w:sz w:val="24"/>
          <w:szCs w:val="24"/>
        </w:rPr>
        <w:t xml:space="preserve">: </w:t>
      </w:r>
      <w:proofErr w:type="spellStart"/>
      <w:r w:rsidRPr="0016577E">
        <w:rPr>
          <w:rFonts w:ascii="Bookman Old Style" w:hAnsi="Bookman Old Style"/>
          <w:sz w:val="24"/>
          <w:szCs w:val="24"/>
        </w:rPr>
        <w:t>Ketua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BPD Desa Bungko</w:t>
      </w:r>
    </w:p>
    <w:p w:rsidR="0049255D" w:rsidRPr="0016577E" w:rsidRDefault="0016577E" w:rsidP="0016577E">
      <w:pPr>
        <w:pStyle w:val="ListBullet"/>
        <w:numPr>
          <w:ilvl w:val="0"/>
          <w:numId w:val="0"/>
        </w:numPr>
        <w:ind w:left="360"/>
        <w:rPr>
          <w:rFonts w:ascii="Bookman Old Style" w:hAnsi="Bookman Old Style"/>
          <w:sz w:val="24"/>
          <w:szCs w:val="24"/>
        </w:rPr>
      </w:pPr>
      <w:proofErr w:type="spellStart"/>
      <w:r w:rsidRPr="0016577E">
        <w:rPr>
          <w:rFonts w:ascii="Bookman Old Style" w:hAnsi="Bookman Old Style"/>
          <w:sz w:val="24"/>
          <w:szCs w:val="24"/>
        </w:rPr>
        <w:t>Notulen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 w:rsidRPr="0016577E">
        <w:rPr>
          <w:rFonts w:ascii="Bookman Old Style" w:hAnsi="Bookman Old Style"/>
          <w:sz w:val="24"/>
          <w:szCs w:val="24"/>
        </w:rPr>
        <w:t xml:space="preserve">: </w:t>
      </w:r>
      <w:proofErr w:type="spellStart"/>
      <w:r w:rsidRPr="0016577E">
        <w:rPr>
          <w:rFonts w:ascii="Bookman Old Style" w:hAnsi="Bookman Old Style"/>
          <w:sz w:val="24"/>
          <w:szCs w:val="24"/>
        </w:rPr>
        <w:t>Sekretaris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BPD </w:t>
      </w:r>
      <w:proofErr w:type="spellStart"/>
      <w:r>
        <w:rPr>
          <w:rFonts w:ascii="Bookman Old Style" w:hAnsi="Bookman Old Style"/>
          <w:sz w:val="24"/>
          <w:szCs w:val="24"/>
        </w:rPr>
        <w:t>Desa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Bungko</w:t>
      </w:r>
      <w:proofErr w:type="spellEnd"/>
    </w:p>
    <w:p w:rsidR="0016577E" w:rsidRDefault="0016577E" w:rsidP="0016577E">
      <w:pPr>
        <w:pStyle w:val="ListBullet"/>
        <w:numPr>
          <w:ilvl w:val="0"/>
          <w:numId w:val="0"/>
        </w:numPr>
        <w:ind w:left="360"/>
        <w:rPr>
          <w:rFonts w:ascii="Bookman Old Style" w:hAnsi="Bookman Old Style"/>
          <w:sz w:val="24"/>
          <w:szCs w:val="24"/>
        </w:rPr>
      </w:pPr>
      <w:proofErr w:type="spellStart"/>
      <w:r w:rsidRPr="0016577E">
        <w:rPr>
          <w:rFonts w:ascii="Bookman Old Style" w:hAnsi="Bookman Old Style"/>
          <w:sz w:val="24"/>
          <w:szCs w:val="24"/>
        </w:rPr>
        <w:t>Narasumber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 w:rsidRPr="0016577E">
        <w:rPr>
          <w:rFonts w:ascii="Bookman Old Style" w:hAnsi="Bookman Old Style"/>
          <w:sz w:val="24"/>
          <w:szCs w:val="24"/>
        </w:rPr>
        <w:t xml:space="preserve">: 1. </w:t>
      </w:r>
      <w:proofErr w:type="spellStart"/>
      <w:r w:rsidRPr="0016577E">
        <w:rPr>
          <w:rFonts w:ascii="Bookman Old Style" w:hAnsi="Bookman Old Style"/>
          <w:sz w:val="24"/>
          <w:szCs w:val="24"/>
        </w:rPr>
        <w:t>Sangadi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Desa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Bungko</w:t>
      </w:r>
      <w:proofErr w:type="spellEnd"/>
    </w:p>
    <w:p w:rsidR="0016577E" w:rsidRDefault="0016577E" w:rsidP="0016577E">
      <w:pPr>
        <w:pStyle w:val="ListBullet"/>
        <w:numPr>
          <w:ilvl w:val="0"/>
          <w:numId w:val="0"/>
        </w:numPr>
        <w:ind w:left="360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</w:t>
      </w:r>
      <w:r w:rsidRPr="0016577E">
        <w:rPr>
          <w:rFonts w:ascii="Bookman Old Style" w:hAnsi="Bookman Old Style"/>
          <w:sz w:val="24"/>
          <w:szCs w:val="24"/>
        </w:rPr>
        <w:t xml:space="preserve">2. </w:t>
      </w:r>
      <w:proofErr w:type="spellStart"/>
      <w:r>
        <w:rPr>
          <w:rFonts w:ascii="Bookman Old Style" w:hAnsi="Bookman Old Style"/>
          <w:sz w:val="24"/>
          <w:szCs w:val="24"/>
        </w:rPr>
        <w:t>Kasi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Kesejahteraan</w:t>
      </w:r>
      <w:proofErr w:type="spellEnd"/>
    </w:p>
    <w:p w:rsidR="0016577E" w:rsidRDefault="0016577E" w:rsidP="0016577E">
      <w:pPr>
        <w:pStyle w:val="ListBullet"/>
        <w:numPr>
          <w:ilvl w:val="0"/>
          <w:numId w:val="0"/>
        </w:numPr>
        <w:ind w:left="360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</w:t>
      </w:r>
      <w:r w:rsidRPr="0016577E">
        <w:rPr>
          <w:rFonts w:ascii="Bookman Old Style" w:hAnsi="Bookman Old Style"/>
          <w:sz w:val="24"/>
          <w:szCs w:val="24"/>
        </w:rPr>
        <w:t xml:space="preserve">3. </w:t>
      </w:r>
      <w:proofErr w:type="spellStart"/>
      <w:r w:rsidRPr="0016577E">
        <w:rPr>
          <w:rFonts w:ascii="Bookman Old Style" w:hAnsi="Bookman Old Style"/>
          <w:sz w:val="24"/>
          <w:szCs w:val="24"/>
        </w:rPr>
        <w:t>Ketua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Tim </w:t>
      </w:r>
      <w:proofErr w:type="spellStart"/>
      <w:r w:rsidRPr="0016577E">
        <w:rPr>
          <w:rFonts w:ascii="Bookman Old Style" w:hAnsi="Bookman Old Style"/>
          <w:sz w:val="24"/>
          <w:szCs w:val="24"/>
        </w:rPr>
        <w:t>Penyusun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RKP </w:t>
      </w:r>
      <w:proofErr w:type="spellStart"/>
      <w:r w:rsidRPr="0016577E">
        <w:rPr>
          <w:rFonts w:ascii="Bookman Old Style" w:hAnsi="Bookman Old Style"/>
          <w:sz w:val="24"/>
          <w:szCs w:val="24"/>
        </w:rPr>
        <w:t>Desa</w:t>
      </w:r>
      <w:proofErr w:type="spellEnd"/>
    </w:p>
    <w:p w:rsidR="0049255D" w:rsidRDefault="0016577E" w:rsidP="0016577E">
      <w:pPr>
        <w:pStyle w:val="ListBullet"/>
        <w:numPr>
          <w:ilvl w:val="0"/>
          <w:numId w:val="0"/>
        </w:numPr>
        <w:ind w:left="360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</w:t>
      </w:r>
      <w:r w:rsidRPr="0016577E">
        <w:rPr>
          <w:rFonts w:ascii="Bookman Old Style" w:hAnsi="Bookman Old Style"/>
          <w:sz w:val="24"/>
          <w:szCs w:val="24"/>
        </w:rPr>
        <w:t xml:space="preserve">4. </w:t>
      </w:r>
      <w:proofErr w:type="spellStart"/>
      <w:r w:rsidRPr="0016577E">
        <w:rPr>
          <w:rFonts w:ascii="Bookman Old Style" w:hAnsi="Bookman Old Style"/>
          <w:sz w:val="24"/>
          <w:szCs w:val="24"/>
        </w:rPr>
        <w:t>Pendamping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Desa</w:t>
      </w:r>
      <w:proofErr w:type="spellEnd"/>
    </w:p>
    <w:p w:rsidR="0016577E" w:rsidRPr="0016577E" w:rsidRDefault="0016577E" w:rsidP="0016577E">
      <w:pPr>
        <w:pStyle w:val="ListBullet"/>
        <w:numPr>
          <w:ilvl w:val="0"/>
          <w:numId w:val="0"/>
        </w:numPr>
        <w:ind w:left="3600"/>
        <w:rPr>
          <w:rFonts w:ascii="Bookman Old Style" w:hAnsi="Bookman Old Style"/>
          <w:sz w:val="24"/>
          <w:szCs w:val="24"/>
        </w:rPr>
      </w:pPr>
    </w:p>
    <w:p w:rsidR="0049255D" w:rsidRPr="0016577E" w:rsidRDefault="0016577E" w:rsidP="0016577E">
      <w:pPr>
        <w:pStyle w:val="ListBullet"/>
        <w:numPr>
          <w:ilvl w:val="0"/>
          <w:numId w:val="0"/>
        </w:numPr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16577E">
        <w:rPr>
          <w:rFonts w:ascii="Bookman Old Style" w:hAnsi="Bookman Old Style"/>
          <w:sz w:val="24"/>
          <w:szCs w:val="24"/>
        </w:rPr>
        <w:t>Peserta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: </w:t>
      </w:r>
      <w:proofErr w:type="spellStart"/>
      <w:r w:rsidRPr="0016577E">
        <w:rPr>
          <w:rFonts w:ascii="Bookman Old Style" w:hAnsi="Bookman Old Style"/>
          <w:sz w:val="24"/>
          <w:szCs w:val="24"/>
        </w:rPr>
        <w:t>Perangkat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Desa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, BPD, </w:t>
      </w:r>
      <w:r>
        <w:rPr>
          <w:rFonts w:ascii="Bookman Old Style" w:hAnsi="Bookman Old Style"/>
          <w:sz w:val="24"/>
          <w:szCs w:val="24"/>
        </w:rPr>
        <w:t xml:space="preserve">PKK, </w:t>
      </w:r>
      <w:proofErr w:type="spellStart"/>
      <w:r>
        <w:rPr>
          <w:rFonts w:ascii="Bookman Old Style" w:hAnsi="Bookman Old Style"/>
          <w:sz w:val="24"/>
          <w:szCs w:val="24"/>
        </w:rPr>
        <w:t>Posyandu</w:t>
      </w:r>
      <w:proofErr w:type="spellEnd"/>
      <w:r>
        <w:rPr>
          <w:rFonts w:ascii="Bookman Old Style" w:hAnsi="Bookman Old Style"/>
          <w:sz w:val="24"/>
          <w:szCs w:val="24"/>
        </w:rPr>
        <w:t xml:space="preserve">, </w:t>
      </w:r>
      <w:proofErr w:type="spellStart"/>
      <w:r>
        <w:rPr>
          <w:rFonts w:ascii="Bookman Old Style" w:hAnsi="Bookman Old Style"/>
          <w:sz w:val="24"/>
          <w:szCs w:val="24"/>
        </w:rPr>
        <w:t>Karang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Taruna</w:t>
      </w:r>
      <w:proofErr w:type="spellEnd"/>
      <w:r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16577E">
        <w:rPr>
          <w:rFonts w:ascii="Bookman Old Style" w:hAnsi="Bookman Old Style"/>
          <w:sz w:val="24"/>
          <w:szCs w:val="24"/>
        </w:rPr>
        <w:t>Tokoh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Agama, </w:t>
      </w:r>
      <w:proofErr w:type="spellStart"/>
      <w:r w:rsidRPr="0016577E">
        <w:rPr>
          <w:rFonts w:ascii="Bookman Old Style" w:hAnsi="Bookman Old Style"/>
          <w:sz w:val="24"/>
          <w:szCs w:val="24"/>
        </w:rPr>
        <w:t>Tokoh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Masyarakat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16577E">
        <w:rPr>
          <w:rFonts w:ascii="Bookman Old Style" w:hAnsi="Bookman Old Style"/>
          <w:sz w:val="24"/>
          <w:szCs w:val="24"/>
        </w:rPr>
        <w:t>Tokoh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Perempuan</w:t>
      </w:r>
      <w:proofErr w:type="spellEnd"/>
      <w:r w:rsidRPr="0016577E">
        <w:rPr>
          <w:rFonts w:ascii="Bookman Old Style" w:hAnsi="Bookman Old Style"/>
          <w:sz w:val="24"/>
          <w:szCs w:val="24"/>
        </w:rPr>
        <w:t>, Tokoh Pemuda, Kelompok Tani, dan masyarakat Dusun I-III (daftar hadir terlampir).</w:t>
      </w:r>
    </w:p>
    <w:p w:rsidR="0049255D" w:rsidRPr="0016577E" w:rsidRDefault="0016577E">
      <w:pPr>
        <w:jc w:val="both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b/>
          <w:sz w:val="24"/>
          <w:szCs w:val="24"/>
        </w:rPr>
        <w:t>C. HASIL KESEPAKATAN:</w:t>
      </w:r>
    </w:p>
    <w:p w:rsidR="0049255D" w:rsidRPr="0016577E" w:rsidRDefault="0016577E">
      <w:pPr>
        <w:jc w:val="both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sz w:val="24"/>
          <w:szCs w:val="24"/>
        </w:rPr>
        <w:t>Setelah dilakukan pemaparan Rancangan RKP Desa Tahun 2027 dan Daftar Usulan RKP Desa Tahun 2027 serta pembahasan dan diskusi, maka seluruh peserta MusrenbangDes Desa Bungko menyepakati hal-hal sebagai berikut:</w:t>
      </w:r>
    </w:p>
    <w:p w:rsidR="0016577E" w:rsidRPr="0016577E" w:rsidRDefault="0016577E" w:rsidP="0016577E">
      <w:pPr>
        <w:pStyle w:val="ListNumber"/>
        <w:numPr>
          <w:ilvl w:val="0"/>
          <w:numId w:val="10"/>
        </w:numPr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16577E">
        <w:rPr>
          <w:rFonts w:ascii="Bookman Old Style" w:hAnsi="Bookman Old Style"/>
          <w:sz w:val="24"/>
          <w:szCs w:val="24"/>
        </w:rPr>
        <w:t>Menyetujui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menyepakati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Rancangan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Rencana Kerja Pemerintah </w:t>
      </w:r>
      <w:proofErr w:type="spellStart"/>
      <w:r w:rsidRPr="0016577E">
        <w:rPr>
          <w:rFonts w:ascii="Bookman Old Style" w:hAnsi="Bookman Old Style"/>
          <w:sz w:val="24"/>
          <w:szCs w:val="24"/>
        </w:rPr>
        <w:t>Desa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(RKP </w:t>
      </w:r>
      <w:proofErr w:type="spellStart"/>
      <w:r w:rsidRPr="0016577E">
        <w:rPr>
          <w:rFonts w:ascii="Bookman Old Style" w:hAnsi="Bookman Old Style"/>
          <w:sz w:val="24"/>
          <w:szCs w:val="24"/>
        </w:rPr>
        <w:t>Desa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) </w:t>
      </w:r>
      <w:proofErr w:type="spellStart"/>
      <w:r w:rsidRPr="0016577E">
        <w:rPr>
          <w:rFonts w:ascii="Bookman Old Style" w:hAnsi="Bookman Old Style"/>
          <w:sz w:val="24"/>
          <w:szCs w:val="24"/>
        </w:rPr>
        <w:t>Desa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Bungko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Tahun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2027;</w:t>
      </w:r>
    </w:p>
    <w:p w:rsidR="0016577E" w:rsidRPr="0016577E" w:rsidRDefault="0016577E" w:rsidP="0016577E">
      <w:pPr>
        <w:pStyle w:val="ListNumber"/>
        <w:numPr>
          <w:ilvl w:val="0"/>
          <w:numId w:val="10"/>
        </w:numPr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16577E">
        <w:rPr>
          <w:rFonts w:ascii="Bookman Old Style" w:hAnsi="Bookman Old Style"/>
          <w:sz w:val="24"/>
          <w:szCs w:val="24"/>
        </w:rPr>
        <w:lastRenderedPageBreak/>
        <w:t>Menyetujui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menyepakati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Daftar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Usulan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Rencana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Kerja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Pemerintah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Desa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(DU RKP </w:t>
      </w:r>
      <w:proofErr w:type="spellStart"/>
      <w:r w:rsidRPr="0016577E">
        <w:rPr>
          <w:rFonts w:ascii="Bookman Old Style" w:hAnsi="Bookman Old Style"/>
          <w:sz w:val="24"/>
          <w:szCs w:val="24"/>
        </w:rPr>
        <w:t>Desa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) </w:t>
      </w:r>
      <w:proofErr w:type="spellStart"/>
      <w:r w:rsidRPr="0016577E">
        <w:rPr>
          <w:rFonts w:ascii="Bookman Old Style" w:hAnsi="Bookman Old Style"/>
          <w:sz w:val="24"/>
          <w:szCs w:val="24"/>
        </w:rPr>
        <w:t>Desa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Bungko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Tahun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2027 yang </w:t>
      </w:r>
      <w:proofErr w:type="spellStart"/>
      <w:r w:rsidRPr="0016577E">
        <w:rPr>
          <w:rFonts w:ascii="Bookman Old Style" w:hAnsi="Bookman Old Style"/>
          <w:sz w:val="24"/>
          <w:szCs w:val="24"/>
        </w:rPr>
        <w:t>terdiri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dari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4 (</w:t>
      </w:r>
      <w:proofErr w:type="spellStart"/>
      <w:r w:rsidRPr="0016577E">
        <w:rPr>
          <w:rFonts w:ascii="Bookman Old Style" w:hAnsi="Bookman Old Style"/>
          <w:sz w:val="24"/>
          <w:szCs w:val="24"/>
        </w:rPr>
        <w:t>empat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) </w:t>
      </w:r>
      <w:proofErr w:type="spellStart"/>
      <w:r w:rsidRPr="0016577E">
        <w:rPr>
          <w:rFonts w:ascii="Bookman Old Style" w:hAnsi="Bookman Old Style"/>
          <w:sz w:val="24"/>
          <w:szCs w:val="24"/>
        </w:rPr>
        <w:t>bidang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sebagaimana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tercantum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dalam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Lampiran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16577E">
        <w:rPr>
          <w:rFonts w:ascii="Bookman Old Style" w:hAnsi="Bookman Old Style"/>
          <w:sz w:val="24"/>
          <w:szCs w:val="24"/>
        </w:rPr>
        <w:t>merupakan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bagian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tidak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terpisahkan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dari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Berita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Acara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ini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, yang </w:t>
      </w:r>
      <w:proofErr w:type="spellStart"/>
      <w:r w:rsidRPr="0016577E">
        <w:rPr>
          <w:rFonts w:ascii="Bookman Old Style" w:hAnsi="Bookman Old Style"/>
          <w:sz w:val="24"/>
          <w:szCs w:val="24"/>
        </w:rPr>
        <w:t>selanjutnya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usulan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kegiatan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16577E">
        <w:rPr>
          <w:rFonts w:ascii="Bookman Old Style" w:hAnsi="Bookman Old Style"/>
          <w:sz w:val="24"/>
          <w:szCs w:val="24"/>
        </w:rPr>
        <w:t>tidak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dapat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dibiayai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dari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keuangan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desa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akan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diusulkan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melalui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Musyawarah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Perencanaan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Pembangunan </w:t>
      </w:r>
      <w:proofErr w:type="spellStart"/>
      <w:r w:rsidRPr="0016577E">
        <w:rPr>
          <w:rFonts w:ascii="Bookman Old Style" w:hAnsi="Bookman Old Style"/>
          <w:sz w:val="24"/>
          <w:szCs w:val="24"/>
        </w:rPr>
        <w:t>Kecamatan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Kotamobagu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Selatan </w:t>
      </w:r>
      <w:proofErr w:type="spellStart"/>
      <w:r w:rsidRPr="0016577E">
        <w:rPr>
          <w:rFonts w:ascii="Bookman Old Style" w:hAnsi="Bookman Old Style"/>
          <w:sz w:val="24"/>
          <w:szCs w:val="24"/>
        </w:rPr>
        <w:t>dan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kepada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Organisasi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Perangkat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Daerah (OPD) </w:t>
      </w:r>
      <w:proofErr w:type="spellStart"/>
      <w:r w:rsidRPr="0016577E">
        <w:rPr>
          <w:rFonts w:ascii="Bookman Old Style" w:hAnsi="Bookman Old Style"/>
          <w:sz w:val="24"/>
          <w:szCs w:val="24"/>
        </w:rPr>
        <w:t>terkait</w:t>
      </w:r>
      <w:proofErr w:type="spellEnd"/>
      <w:r w:rsidRPr="0016577E">
        <w:rPr>
          <w:rFonts w:ascii="Bookman Old Style" w:hAnsi="Bookman Old Style"/>
          <w:sz w:val="24"/>
          <w:szCs w:val="24"/>
        </w:rPr>
        <w:t>.</w:t>
      </w:r>
    </w:p>
    <w:p w:rsidR="0016577E" w:rsidRDefault="0016577E" w:rsidP="0016577E">
      <w:pPr>
        <w:pStyle w:val="ListNumber"/>
        <w:numPr>
          <w:ilvl w:val="0"/>
          <w:numId w:val="10"/>
        </w:numPr>
        <w:jc w:val="both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sz w:val="24"/>
          <w:szCs w:val="24"/>
        </w:rPr>
        <w:t xml:space="preserve">RKP Desa dan DU RKP Desa Tahun 2027 menjadi </w:t>
      </w:r>
      <w:proofErr w:type="spellStart"/>
      <w:r w:rsidRPr="0016577E">
        <w:rPr>
          <w:rFonts w:ascii="Bookman Old Style" w:hAnsi="Bookman Old Style"/>
          <w:sz w:val="24"/>
          <w:szCs w:val="24"/>
        </w:rPr>
        <w:t>pedoman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dalam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penyusunan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APBDes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Tahun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6577E">
        <w:rPr>
          <w:rFonts w:ascii="Bookman Old Style" w:hAnsi="Bookman Old Style"/>
          <w:sz w:val="24"/>
          <w:szCs w:val="24"/>
        </w:rPr>
        <w:t>Anggaran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2027;</w:t>
      </w:r>
    </w:p>
    <w:p w:rsidR="0049255D" w:rsidRPr="0016577E" w:rsidRDefault="0049255D" w:rsidP="0016577E">
      <w:pPr>
        <w:pStyle w:val="ListNumber"/>
        <w:numPr>
          <w:ilvl w:val="0"/>
          <w:numId w:val="0"/>
        </w:numPr>
        <w:ind w:left="720"/>
        <w:jc w:val="both"/>
        <w:rPr>
          <w:rFonts w:ascii="Bookman Old Style" w:hAnsi="Bookman Old Style"/>
          <w:sz w:val="24"/>
          <w:szCs w:val="24"/>
        </w:rPr>
      </w:pPr>
    </w:p>
    <w:p w:rsidR="0049255D" w:rsidRPr="0016577E" w:rsidRDefault="0016577E">
      <w:pPr>
        <w:jc w:val="both"/>
        <w:rPr>
          <w:rFonts w:ascii="Bookman Old Style" w:hAnsi="Bookman Old Style"/>
          <w:sz w:val="24"/>
          <w:szCs w:val="24"/>
        </w:rPr>
      </w:pPr>
      <w:proofErr w:type="gramStart"/>
      <w:r w:rsidRPr="0016577E">
        <w:rPr>
          <w:rFonts w:ascii="Bookman Old Style" w:hAnsi="Bookman Old Style"/>
          <w:sz w:val="24"/>
          <w:szCs w:val="24"/>
        </w:rPr>
        <w:t>Demikian Berita Acara ini dibuat dan disahkan dengan penuh tanggung jawab untuk dipergunakan sebagaimana mestinya.</w:t>
      </w:r>
      <w:proofErr w:type="gramEnd"/>
    </w:p>
    <w:p w:rsidR="0049255D" w:rsidRPr="0016577E" w:rsidRDefault="0049255D">
      <w:pPr>
        <w:rPr>
          <w:rFonts w:ascii="Bookman Old Style" w:hAnsi="Bookman Old Style"/>
          <w:sz w:val="24"/>
          <w:szCs w:val="24"/>
        </w:rPr>
      </w:pPr>
    </w:p>
    <w:p w:rsidR="0049255D" w:rsidRPr="0016577E" w:rsidRDefault="0016577E" w:rsidP="0016577E">
      <w:pPr>
        <w:jc w:val="center"/>
        <w:rPr>
          <w:rFonts w:ascii="Bookman Old Style" w:hAnsi="Bookman Old Style"/>
          <w:sz w:val="24"/>
          <w:szCs w:val="24"/>
        </w:rPr>
      </w:pPr>
      <w:proofErr w:type="spellStart"/>
      <w:r w:rsidRPr="0016577E">
        <w:rPr>
          <w:rFonts w:ascii="Bookman Old Style" w:hAnsi="Bookman Old Style"/>
          <w:sz w:val="24"/>
          <w:szCs w:val="24"/>
        </w:rPr>
        <w:t>Bungko</w:t>
      </w:r>
      <w:proofErr w:type="spellEnd"/>
      <w:r w:rsidRPr="0016577E">
        <w:rPr>
          <w:rFonts w:ascii="Bookman Old Style" w:hAnsi="Bookman Old Style"/>
          <w:sz w:val="24"/>
          <w:szCs w:val="24"/>
        </w:rPr>
        <w:t>,</w:t>
      </w:r>
      <w:r>
        <w:rPr>
          <w:rFonts w:ascii="Bookman Old Style" w:hAnsi="Bookman Old Style"/>
          <w:sz w:val="24"/>
          <w:szCs w:val="24"/>
        </w:rPr>
        <w:t xml:space="preserve"> 31 </w:t>
      </w:r>
      <w:proofErr w:type="spellStart"/>
      <w:r w:rsidRPr="0016577E">
        <w:rPr>
          <w:rFonts w:ascii="Bookman Old Style" w:hAnsi="Bookman Old Style"/>
          <w:sz w:val="24"/>
          <w:szCs w:val="24"/>
        </w:rPr>
        <w:t>Agustus</w:t>
      </w:r>
      <w:proofErr w:type="spellEnd"/>
      <w:r w:rsidRPr="0016577E">
        <w:rPr>
          <w:rFonts w:ascii="Bookman Old Style" w:hAnsi="Bookman Old Style"/>
          <w:sz w:val="24"/>
          <w:szCs w:val="24"/>
        </w:rPr>
        <w:t xml:space="preserve"> 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0"/>
        <w:gridCol w:w="4320"/>
      </w:tblGrid>
      <w:tr w:rsidR="0049255D" w:rsidRPr="0016577E" w:rsidTr="0016577E">
        <w:tc>
          <w:tcPr>
            <w:tcW w:w="4320" w:type="dxa"/>
          </w:tcPr>
          <w:p w:rsidR="0049255D" w:rsidRPr="0016577E" w:rsidRDefault="0016577E" w:rsidP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Mengetahui,</w:t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  <w:t>Sangadi Desa Bungko,</w:t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  <w:t>AMINULAH PAPUTUNGAN</w:t>
            </w:r>
          </w:p>
        </w:tc>
        <w:tc>
          <w:tcPr>
            <w:tcW w:w="4320" w:type="dxa"/>
          </w:tcPr>
          <w:p w:rsidR="0049255D" w:rsidRDefault="0016577E" w:rsidP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Pimpinan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Musyawarah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>,</w:t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Ketua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BPD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>,</w:t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>
              <w:rPr>
                <w:rFonts w:ascii="Bookman Old Style" w:hAnsi="Bookman Old Style"/>
                <w:sz w:val="24"/>
                <w:szCs w:val="24"/>
              </w:rPr>
              <w:t>ERICK ALVAYEIT PAPUTUNGAN</w:t>
            </w:r>
          </w:p>
          <w:p w:rsidR="0016577E" w:rsidRPr="0016577E" w:rsidRDefault="0016577E" w:rsidP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9255D" w:rsidRPr="0016577E" w:rsidTr="0016577E">
        <w:tc>
          <w:tcPr>
            <w:tcW w:w="4320" w:type="dxa"/>
          </w:tcPr>
          <w:p w:rsidR="0016577E" w:rsidRDefault="0016577E" w:rsidP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49255D" w:rsidRPr="0016577E" w:rsidRDefault="0016577E" w:rsidP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Ketua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Tim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Penyusun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RKP Desa,</w:t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  <w:t>FIKKY AGUSTIAN POTABUGA</w:t>
            </w:r>
          </w:p>
        </w:tc>
        <w:tc>
          <w:tcPr>
            <w:tcW w:w="4320" w:type="dxa"/>
          </w:tcPr>
          <w:p w:rsidR="0049255D" w:rsidRPr="0016577E" w:rsidRDefault="0016577E" w:rsidP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Notulen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>,</w:t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Sekretaris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BPD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>,</w:t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 w:rsidRPr="0016577E">
              <w:rPr>
                <w:rFonts w:ascii="Bookman Old Style" w:hAnsi="Bookman Old Style"/>
                <w:sz w:val="24"/>
                <w:szCs w:val="24"/>
              </w:rPr>
              <w:br/>
            </w:r>
            <w:r>
              <w:rPr>
                <w:rFonts w:ascii="Bookman Old Style" w:hAnsi="Bookman Old Style"/>
                <w:sz w:val="24"/>
                <w:szCs w:val="24"/>
              </w:rPr>
              <w:t>SRI MARLINA TUNGKAGI</w:t>
            </w:r>
          </w:p>
        </w:tc>
      </w:tr>
    </w:tbl>
    <w:p w:rsidR="0016577E" w:rsidRDefault="0016577E">
      <w:pPr>
        <w:rPr>
          <w:rFonts w:ascii="Bookman Old Style" w:hAnsi="Bookman Old Style"/>
          <w:sz w:val="24"/>
          <w:szCs w:val="24"/>
        </w:rPr>
        <w:sectPr w:rsidR="0016577E" w:rsidSect="0016577E">
          <w:pgSz w:w="12240" w:h="18720" w:code="14"/>
          <w:pgMar w:top="1440" w:right="1800" w:bottom="3600" w:left="1800" w:header="720" w:footer="720" w:gutter="0"/>
          <w:cols w:space="720"/>
          <w:docGrid w:linePitch="360"/>
        </w:sectPr>
      </w:pPr>
      <w:r w:rsidRPr="0016577E">
        <w:rPr>
          <w:rFonts w:ascii="Bookman Old Style" w:hAnsi="Bookman Old Style"/>
          <w:sz w:val="24"/>
          <w:szCs w:val="24"/>
        </w:rPr>
        <w:br w:type="page"/>
      </w:r>
    </w:p>
    <w:p w:rsidR="0049255D" w:rsidRPr="00E66FF9" w:rsidRDefault="0016577E" w:rsidP="00E66FF9">
      <w:pPr>
        <w:spacing w:after="20"/>
        <w:jc w:val="both"/>
        <w:rPr>
          <w:rFonts w:ascii="Bookman Old Style" w:hAnsi="Bookman Old Style"/>
          <w:sz w:val="24"/>
          <w:szCs w:val="24"/>
        </w:rPr>
      </w:pPr>
      <w:r w:rsidRPr="00E66FF9">
        <w:rPr>
          <w:rFonts w:ascii="Bookman Old Style" w:hAnsi="Bookman Old Style"/>
          <w:sz w:val="24"/>
          <w:szCs w:val="24"/>
        </w:rPr>
        <w:lastRenderedPageBreak/>
        <w:t>LAMPIRAN - BERITA ACARA MUSRENBANGDES</w:t>
      </w:r>
    </w:p>
    <w:p w:rsidR="00E66FF9" w:rsidRDefault="00E66FF9">
      <w:pPr>
        <w:spacing w:after="20"/>
        <w:jc w:val="center"/>
        <w:rPr>
          <w:rFonts w:ascii="Bookman Old Style" w:hAnsi="Bookman Old Style"/>
          <w:b/>
          <w:sz w:val="24"/>
          <w:szCs w:val="24"/>
        </w:rPr>
      </w:pPr>
    </w:p>
    <w:p w:rsidR="0049255D" w:rsidRPr="0016577E" w:rsidRDefault="0016577E">
      <w:pPr>
        <w:spacing w:after="20"/>
        <w:jc w:val="center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b/>
          <w:sz w:val="24"/>
          <w:szCs w:val="24"/>
        </w:rPr>
        <w:t>DAFTAR USULAN RENCANA KERJA PEMERINTAH DESA (DU RKP DESA)</w:t>
      </w:r>
    </w:p>
    <w:p w:rsidR="0049255D" w:rsidRPr="0016577E" w:rsidRDefault="0016577E">
      <w:pPr>
        <w:spacing w:after="20"/>
        <w:jc w:val="center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b/>
          <w:sz w:val="24"/>
          <w:szCs w:val="24"/>
        </w:rPr>
        <w:t>DESA BUNGKO KECAMATAN KOTAMOBAGU SELATAN KOTA KOTAMOBAGU TAHUN 2027</w:t>
      </w:r>
    </w:p>
    <w:p w:rsidR="0049255D" w:rsidRPr="0016577E" w:rsidRDefault="0049255D">
      <w:pPr>
        <w:rPr>
          <w:rFonts w:ascii="Bookman Old Style" w:hAnsi="Bookman Old Style"/>
          <w:sz w:val="24"/>
          <w:szCs w:val="24"/>
        </w:rPr>
      </w:pPr>
    </w:p>
    <w:p w:rsidR="0049255D" w:rsidRPr="0016577E" w:rsidRDefault="0016577E">
      <w:pPr>
        <w:jc w:val="both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b/>
          <w:sz w:val="24"/>
          <w:szCs w:val="24"/>
        </w:rPr>
        <w:t xml:space="preserve">BIDANG </w:t>
      </w:r>
      <w:proofErr w:type="gramStart"/>
      <w:r w:rsidRPr="0016577E">
        <w:rPr>
          <w:rFonts w:ascii="Bookman Old Style" w:hAnsi="Bookman Old Style"/>
          <w:b/>
          <w:sz w:val="24"/>
          <w:szCs w:val="24"/>
        </w:rPr>
        <w:t>1 :</w:t>
      </w:r>
      <w:proofErr w:type="gramEnd"/>
      <w:r w:rsidRPr="0016577E">
        <w:rPr>
          <w:rFonts w:ascii="Bookman Old Style" w:hAnsi="Bookman Old Style"/>
          <w:b/>
          <w:sz w:val="24"/>
          <w:szCs w:val="24"/>
        </w:rPr>
        <w:t xml:space="preserve"> PENYELENGGARAAN PEMERINTAHAN DESA</w:t>
      </w:r>
    </w:p>
    <w:tbl>
      <w:tblPr>
        <w:tblStyle w:val="TableGrid"/>
        <w:tblW w:w="0" w:type="auto"/>
        <w:jc w:val="center"/>
        <w:tblLook w:val="04A0"/>
      </w:tblPr>
      <w:tblGrid>
        <w:gridCol w:w="543"/>
        <w:gridCol w:w="4175"/>
        <w:gridCol w:w="960"/>
        <w:gridCol w:w="1308"/>
        <w:gridCol w:w="1157"/>
        <w:gridCol w:w="1813"/>
        <w:gridCol w:w="1709"/>
        <w:gridCol w:w="1450"/>
      </w:tblGrid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No</w:t>
            </w:r>
          </w:p>
        </w:tc>
        <w:tc>
          <w:tcPr>
            <w:tcW w:w="4175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Jenis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SDGs</w:t>
            </w:r>
          </w:p>
        </w:tc>
        <w:tc>
          <w:tcPr>
            <w:tcW w:w="1308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Lokasi</w:t>
            </w:r>
            <w:proofErr w:type="spellEnd"/>
          </w:p>
        </w:tc>
        <w:tc>
          <w:tcPr>
            <w:tcW w:w="1157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Volume</w:t>
            </w:r>
          </w:p>
        </w:tc>
        <w:tc>
          <w:tcPr>
            <w:tcW w:w="1813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Sasaran</w:t>
            </w:r>
            <w:proofErr w:type="spellEnd"/>
          </w:p>
        </w:tc>
        <w:tc>
          <w:tcPr>
            <w:tcW w:w="1709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Prakiraan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Biaya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 xml:space="preserve"> (</w:t>
            </w: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Rp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)</w:t>
            </w:r>
          </w:p>
        </w:tc>
        <w:tc>
          <w:tcPr>
            <w:tcW w:w="1450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Sumber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 xml:space="preserve"> Dana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4175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Pengadaan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Printer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Laptop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9</w:t>
            </w:r>
          </w:p>
        </w:tc>
        <w:tc>
          <w:tcPr>
            <w:tcW w:w="130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1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1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Pemerintah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</w:p>
        </w:tc>
        <w:tc>
          <w:tcPr>
            <w:tcW w:w="170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65.000.000</w:t>
            </w:r>
          </w:p>
        </w:tc>
        <w:tc>
          <w:tcPr>
            <w:tcW w:w="145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4175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Pengadaan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Kendaraan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Pengangkut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Sampah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11</w:t>
            </w:r>
          </w:p>
        </w:tc>
        <w:tc>
          <w:tcPr>
            <w:tcW w:w="130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1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 Unit</w:t>
            </w:r>
          </w:p>
        </w:tc>
        <w:tc>
          <w:tcPr>
            <w:tcW w:w="181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Pemerintah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</w:p>
        </w:tc>
        <w:tc>
          <w:tcPr>
            <w:tcW w:w="170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23.000.000</w:t>
            </w:r>
          </w:p>
        </w:tc>
        <w:tc>
          <w:tcPr>
            <w:tcW w:w="145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4175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Pengadaan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Meubelair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Balai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16</w:t>
            </w:r>
          </w:p>
        </w:tc>
        <w:tc>
          <w:tcPr>
            <w:tcW w:w="130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1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1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Pemerintah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</w:p>
        </w:tc>
        <w:tc>
          <w:tcPr>
            <w:tcW w:w="170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45.000.000</w:t>
            </w:r>
          </w:p>
        </w:tc>
        <w:tc>
          <w:tcPr>
            <w:tcW w:w="145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4175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Pengadaan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Kendaraan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Dinas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Kantor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11</w:t>
            </w:r>
          </w:p>
        </w:tc>
        <w:tc>
          <w:tcPr>
            <w:tcW w:w="130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1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 Unit</w:t>
            </w:r>
          </w:p>
        </w:tc>
        <w:tc>
          <w:tcPr>
            <w:tcW w:w="181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Pemerintah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</w:p>
        </w:tc>
        <w:tc>
          <w:tcPr>
            <w:tcW w:w="170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780.000.000</w:t>
            </w:r>
          </w:p>
        </w:tc>
        <w:tc>
          <w:tcPr>
            <w:tcW w:w="145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4175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Pengadaan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Meubelair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Kantor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16</w:t>
            </w:r>
          </w:p>
        </w:tc>
        <w:tc>
          <w:tcPr>
            <w:tcW w:w="130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1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1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Pemerintah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</w:p>
        </w:tc>
        <w:tc>
          <w:tcPr>
            <w:tcW w:w="170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75.000.000</w:t>
            </w:r>
          </w:p>
        </w:tc>
        <w:tc>
          <w:tcPr>
            <w:tcW w:w="145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6</w:t>
            </w:r>
          </w:p>
        </w:tc>
        <w:tc>
          <w:tcPr>
            <w:tcW w:w="4175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Pemeliharaan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Gedung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Kantor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16</w:t>
            </w:r>
          </w:p>
        </w:tc>
        <w:tc>
          <w:tcPr>
            <w:tcW w:w="130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1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1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Pemerintah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</w:p>
        </w:tc>
        <w:tc>
          <w:tcPr>
            <w:tcW w:w="170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500.000.000</w:t>
            </w:r>
          </w:p>
        </w:tc>
        <w:tc>
          <w:tcPr>
            <w:tcW w:w="145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7</w:t>
            </w:r>
          </w:p>
        </w:tc>
        <w:tc>
          <w:tcPr>
            <w:tcW w:w="4175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Sistem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Informasi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Demografi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17</w:t>
            </w:r>
          </w:p>
        </w:tc>
        <w:tc>
          <w:tcPr>
            <w:tcW w:w="130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1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81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Pemerintah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</w:p>
        </w:tc>
        <w:tc>
          <w:tcPr>
            <w:tcW w:w="170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55.000.000</w:t>
            </w:r>
          </w:p>
        </w:tc>
        <w:tc>
          <w:tcPr>
            <w:tcW w:w="145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</w:tbl>
    <w:p w:rsidR="0049255D" w:rsidRDefault="0049255D">
      <w:pPr>
        <w:rPr>
          <w:rFonts w:ascii="Bookman Old Style" w:hAnsi="Bookman Old Style"/>
          <w:sz w:val="24"/>
          <w:szCs w:val="24"/>
        </w:rPr>
      </w:pPr>
    </w:p>
    <w:p w:rsidR="0016577E" w:rsidRDefault="0016577E">
      <w:pPr>
        <w:rPr>
          <w:rFonts w:ascii="Bookman Old Style" w:hAnsi="Bookman Old Style"/>
          <w:sz w:val="24"/>
          <w:szCs w:val="24"/>
        </w:rPr>
      </w:pPr>
    </w:p>
    <w:p w:rsidR="0016577E" w:rsidRDefault="0016577E">
      <w:pPr>
        <w:rPr>
          <w:rFonts w:ascii="Bookman Old Style" w:hAnsi="Bookman Old Style"/>
          <w:sz w:val="24"/>
          <w:szCs w:val="24"/>
        </w:rPr>
      </w:pPr>
    </w:p>
    <w:p w:rsidR="0016577E" w:rsidRPr="0016577E" w:rsidRDefault="0016577E">
      <w:pPr>
        <w:rPr>
          <w:rFonts w:ascii="Bookman Old Style" w:hAnsi="Bookman Old Style"/>
          <w:sz w:val="24"/>
          <w:szCs w:val="24"/>
        </w:rPr>
      </w:pPr>
    </w:p>
    <w:p w:rsidR="0049255D" w:rsidRPr="0016577E" w:rsidRDefault="0016577E">
      <w:pPr>
        <w:jc w:val="both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b/>
          <w:sz w:val="24"/>
          <w:szCs w:val="24"/>
        </w:rPr>
        <w:lastRenderedPageBreak/>
        <w:t xml:space="preserve">BIDANG </w:t>
      </w:r>
      <w:proofErr w:type="gramStart"/>
      <w:r w:rsidRPr="0016577E">
        <w:rPr>
          <w:rFonts w:ascii="Bookman Old Style" w:hAnsi="Bookman Old Style"/>
          <w:b/>
          <w:sz w:val="24"/>
          <w:szCs w:val="24"/>
        </w:rPr>
        <w:t>2 :</w:t>
      </w:r>
      <w:proofErr w:type="gramEnd"/>
      <w:r w:rsidRPr="0016577E">
        <w:rPr>
          <w:rFonts w:ascii="Bookman Old Style" w:hAnsi="Bookman Old Style"/>
          <w:b/>
          <w:sz w:val="24"/>
          <w:szCs w:val="24"/>
        </w:rPr>
        <w:t xml:space="preserve"> PELAKSANAAN PEMBANGUNAN DESA</w:t>
      </w:r>
    </w:p>
    <w:tbl>
      <w:tblPr>
        <w:tblStyle w:val="TableGrid"/>
        <w:tblW w:w="0" w:type="auto"/>
        <w:jc w:val="center"/>
        <w:tblInd w:w="-320" w:type="dxa"/>
        <w:tblLook w:val="04A0"/>
      </w:tblPr>
      <w:tblGrid>
        <w:gridCol w:w="543"/>
        <w:gridCol w:w="3932"/>
        <w:gridCol w:w="960"/>
        <w:gridCol w:w="1300"/>
        <w:gridCol w:w="1256"/>
        <w:gridCol w:w="1849"/>
        <w:gridCol w:w="1838"/>
        <w:gridCol w:w="1504"/>
      </w:tblGrid>
      <w:tr w:rsidR="0016577E" w:rsidRPr="0016577E" w:rsidTr="0016577E">
        <w:trPr>
          <w:tblHeader/>
          <w:jc w:val="center"/>
        </w:trPr>
        <w:tc>
          <w:tcPr>
            <w:tcW w:w="543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No</w:t>
            </w:r>
          </w:p>
        </w:tc>
        <w:tc>
          <w:tcPr>
            <w:tcW w:w="3932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Jenis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SDGs</w:t>
            </w:r>
          </w:p>
        </w:tc>
        <w:tc>
          <w:tcPr>
            <w:tcW w:w="1300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Lokasi</w:t>
            </w:r>
            <w:proofErr w:type="spellEnd"/>
          </w:p>
        </w:tc>
        <w:tc>
          <w:tcPr>
            <w:tcW w:w="1256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Volume</w:t>
            </w:r>
          </w:p>
        </w:tc>
        <w:tc>
          <w:tcPr>
            <w:tcW w:w="1849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Sasaran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Prakiraan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Biaya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 xml:space="preserve"> (</w:t>
            </w: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Rp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)</w:t>
            </w:r>
          </w:p>
        </w:tc>
        <w:tc>
          <w:tcPr>
            <w:tcW w:w="1504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Sumber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 xml:space="preserve"> Dana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Pengelolaan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Persampahan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/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Mesin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Pencacah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Sampah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12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68.000.000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Bantuan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RTLH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1-3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 Unit</w:t>
            </w:r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Miskin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Penampungan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Air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Bersih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untuk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6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 Unit</w:t>
            </w:r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90.000.000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Penambahan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Meubelair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Posyandu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16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50 Unit</w:t>
            </w:r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Pengadaan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Laptop, Printer &amp; Speaker Wireless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Posyandu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9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6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Pengadaan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Seragam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Posyandu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Kader TRIBINA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7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Perbaikan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Lampu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Jalan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/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Penerangan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Solar Cell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11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1-3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30 Unit</w:t>
            </w:r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300.000.000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8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Lampu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Penerangan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Jalan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Raya,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Lorong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&amp;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Lapangan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7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1-3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600.000.000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9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Pemanfaatan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Lapangan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I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sebagai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tempat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usaha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jualan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UKM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9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10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Pembuatan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Taman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Bermain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Anak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11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 Unit</w:t>
            </w:r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100.000.000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11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Penambahan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Sarana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Halaman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Posyandu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 Unit</w:t>
            </w:r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100.000.000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12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Zebra Cross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di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Tempat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Umum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11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35.000.000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lastRenderedPageBreak/>
              <w:t>13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Paving Block / Rabat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Beton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9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1-3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200.000.000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14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Drainase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di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Tiap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Paving Block / Rabat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Beton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11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1-3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400.000.000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15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Pemeliharaan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Jl.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Lorong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Masjid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Al-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Hikmah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9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2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150.000.000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16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Pembuatan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Drainase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Lingkungan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11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1-3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300.000.000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17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Pembersihan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Selokan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/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Drainase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11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1-3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100.000.000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DDS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18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Pembangunan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Talud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13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1-2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250.000.000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19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Pengadaan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Kompos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Bag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12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1-3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20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Pengadaan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Lahan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untuk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Gerai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Koperasi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Merah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Putih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17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-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-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21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Pembuatan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Bak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Penampungan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Air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Lokasi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Lapangan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II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9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2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22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Penanaman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Rumput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Area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luar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Garis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Lapangan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II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11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2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23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Pembangunan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Pagar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Lapangan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lokasi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Afzal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Kost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11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2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88.000.000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 w:rsidP="003432CD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</w:t>
            </w:r>
            <w:r w:rsidR="003432CD">
              <w:rPr>
                <w:rFonts w:ascii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3932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Pembuatan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Lampu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Tiang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Penerangan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Jalan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Melengkung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11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220.000.000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 w:rsidP="003432CD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</w:t>
            </w:r>
            <w:r w:rsidR="003432CD">
              <w:rPr>
                <w:rFonts w:ascii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3932" w:type="dxa"/>
          </w:tcPr>
          <w:p w:rsidR="0016577E" w:rsidRPr="0016577E" w:rsidRDefault="0016577E" w:rsidP="00C60140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Pembangunan Plat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Beton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Lingkar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Lapangan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II /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lastRenderedPageBreak/>
              <w:t>Trotoar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lastRenderedPageBreak/>
              <w:t>11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1-2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 Unit</w:t>
            </w:r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250.000.000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 w:rsidP="003432CD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lastRenderedPageBreak/>
              <w:t>2</w:t>
            </w:r>
            <w:r w:rsidR="003432CD">
              <w:rPr>
                <w:rFonts w:ascii="Bookman Old Style" w:hAnsi="Bookman Old Style"/>
                <w:sz w:val="24"/>
                <w:szCs w:val="24"/>
              </w:rPr>
              <w:t>6</w:t>
            </w:r>
          </w:p>
        </w:tc>
        <w:tc>
          <w:tcPr>
            <w:tcW w:w="3932" w:type="dxa"/>
          </w:tcPr>
          <w:p w:rsidR="0016577E" w:rsidRPr="0016577E" w:rsidRDefault="0016577E" w:rsidP="00C60140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Paving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Halaman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Belakang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Masjid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Al-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Hikmah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18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2</w:t>
            </w:r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800.000.000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 w:rsidP="003432CD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</w:t>
            </w:r>
            <w:r w:rsidR="003432CD">
              <w:rPr>
                <w:rFonts w:ascii="Bookman Old Style" w:hAnsi="Bookman Old Style"/>
                <w:sz w:val="24"/>
                <w:szCs w:val="24"/>
              </w:rPr>
              <w:t>7</w:t>
            </w:r>
          </w:p>
        </w:tc>
        <w:tc>
          <w:tcPr>
            <w:tcW w:w="3932" w:type="dxa"/>
          </w:tcPr>
          <w:p w:rsidR="0016577E" w:rsidRPr="0016577E" w:rsidRDefault="0016577E" w:rsidP="00C60140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Tanah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Pilihan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Penanaman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Rumput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Lapangan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II,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Lampu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Lingkar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>, WC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9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320.000.000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 w:rsidP="003432CD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</w:t>
            </w:r>
            <w:r w:rsidR="003432CD">
              <w:rPr>
                <w:rFonts w:ascii="Bookman Old Style" w:hAnsi="Bookman Old Style"/>
                <w:sz w:val="24"/>
                <w:szCs w:val="24"/>
              </w:rPr>
              <w:t>8</w:t>
            </w:r>
          </w:p>
        </w:tc>
        <w:tc>
          <w:tcPr>
            <w:tcW w:w="3932" w:type="dxa"/>
          </w:tcPr>
          <w:p w:rsidR="0016577E" w:rsidRPr="0016577E" w:rsidRDefault="0016577E" w:rsidP="00C60140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Pembersihan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Pembenahan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Lapangan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I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100.000.000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3432CD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29</w:t>
            </w:r>
          </w:p>
        </w:tc>
        <w:tc>
          <w:tcPr>
            <w:tcW w:w="3932" w:type="dxa"/>
          </w:tcPr>
          <w:p w:rsidR="0016577E" w:rsidRPr="0016577E" w:rsidRDefault="0016577E" w:rsidP="00C60140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Perluasan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Lapangan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II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400.000.000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 w:rsidP="003432CD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</w:t>
            </w:r>
            <w:r w:rsidR="003432CD">
              <w:rPr>
                <w:rFonts w:ascii="Bookman Old Style" w:hAnsi="Bookman Old Style"/>
                <w:sz w:val="24"/>
                <w:szCs w:val="24"/>
              </w:rPr>
              <w:t>0</w:t>
            </w:r>
          </w:p>
        </w:tc>
        <w:tc>
          <w:tcPr>
            <w:tcW w:w="3932" w:type="dxa"/>
          </w:tcPr>
          <w:p w:rsidR="0016577E" w:rsidRPr="0016577E" w:rsidRDefault="0016577E" w:rsidP="00C60140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Pembangunan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Lanjutan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Lapangan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II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11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600.000.000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 w:rsidP="003432CD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</w:t>
            </w:r>
            <w:r w:rsidR="003432CD">
              <w:rPr>
                <w:rFonts w:ascii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3932" w:type="dxa"/>
          </w:tcPr>
          <w:p w:rsidR="0016577E" w:rsidRPr="0016577E" w:rsidRDefault="0016577E" w:rsidP="00C60140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Pemasangan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Meteran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Listrik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Lapangan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II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7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16577E">
        <w:trPr>
          <w:jc w:val="center"/>
        </w:trPr>
        <w:tc>
          <w:tcPr>
            <w:tcW w:w="543" w:type="dxa"/>
          </w:tcPr>
          <w:p w:rsidR="0016577E" w:rsidRPr="0016577E" w:rsidRDefault="0016577E" w:rsidP="003432CD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</w:t>
            </w:r>
            <w:r w:rsidR="003432CD">
              <w:rPr>
                <w:rFonts w:ascii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3932" w:type="dxa"/>
          </w:tcPr>
          <w:p w:rsidR="0016577E" w:rsidRPr="0016577E" w:rsidRDefault="0016577E" w:rsidP="00C60140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Pemeliharaan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Poskamling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&amp;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Poskamling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Perbatasan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Bungko-Mocil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16</w:t>
            </w:r>
          </w:p>
        </w:tc>
        <w:tc>
          <w:tcPr>
            <w:tcW w:w="130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256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2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4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38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100.000.000</w:t>
            </w:r>
          </w:p>
        </w:tc>
        <w:tc>
          <w:tcPr>
            <w:tcW w:w="150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</w:tbl>
    <w:p w:rsidR="0049255D" w:rsidRDefault="0049255D">
      <w:pPr>
        <w:rPr>
          <w:rFonts w:ascii="Bookman Old Style" w:hAnsi="Bookman Old Style"/>
          <w:sz w:val="24"/>
          <w:szCs w:val="24"/>
        </w:rPr>
      </w:pPr>
    </w:p>
    <w:p w:rsidR="0016577E" w:rsidRPr="0016577E" w:rsidRDefault="0016577E">
      <w:pPr>
        <w:rPr>
          <w:rFonts w:ascii="Bookman Old Style" w:hAnsi="Bookman Old Style"/>
          <w:sz w:val="24"/>
          <w:szCs w:val="24"/>
        </w:rPr>
      </w:pPr>
    </w:p>
    <w:p w:rsidR="0049255D" w:rsidRPr="0016577E" w:rsidRDefault="0016577E">
      <w:pPr>
        <w:jc w:val="both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b/>
          <w:sz w:val="24"/>
          <w:szCs w:val="24"/>
        </w:rPr>
        <w:t xml:space="preserve">BIDANG </w:t>
      </w:r>
      <w:proofErr w:type="gramStart"/>
      <w:r w:rsidRPr="0016577E">
        <w:rPr>
          <w:rFonts w:ascii="Bookman Old Style" w:hAnsi="Bookman Old Style"/>
          <w:b/>
          <w:sz w:val="24"/>
          <w:szCs w:val="24"/>
        </w:rPr>
        <w:t>3 :</w:t>
      </w:r>
      <w:proofErr w:type="gramEnd"/>
      <w:r w:rsidRPr="0016577E">
        <w:rPr>
          <w:rFonts w:ascii="Bookman Old Style" w:hAnsi="Bookman Old Style"/>
          <w:b/>
          <w:sz w:val="24"/>
          <w:szCs w:val="24"/>
        </w:rPr>
        <w:t xml:space="preserve"> PEMBINAAN KEMASYARAKATAN</w:t>
      </w:r>
    </w:p>
    <w:tbl>
      <w:tblPr>
        <w:tblStyle w:val="TableGrid"/>
        <w:tblW w:w="0" w:type="auto"/>
        <w:jc w:val="center"/>
        <w:tblInd w:w="-519" w:type="dxa"/>
        <w:tblLook w:val="04A0"/>
      </w:tblPr>
      <w:tblGrid>
        <w:gridCol w:w="543"/>
        <w:gridCol w:w="4257"/>
        <w:gridCol w:w="960"/>
        <w:gridCol w:w="1319"/>
        <w:gridCol w:w="1157"/>
        <w:gridCol w:w="1751"/>
        <w:gridCol w:w="1934"/>
        <w:gridCol w:w="1167"/>
      </w:tblGrid>
      <w:tr w:rsidR="0016577E" w:rsidRPr="0016577E" w:rsidTr="00E66FF9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No</w:t>
            </w:r>
          </w:p>
        </w:tc>
        <w:tc>
          <w:tcPr>
            <w:tcW w:w="4257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Jenis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SDGs</w:t>
            </w:r>
          </w:p>
        </w:tc>
        <w:tc>
          <w:tcPr>
            <w:tcW w:w="1319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Lokasi</w:t>
            </w:r>
            <w:proofErr w:type="spellEnd"/>
          </w:p>
        </w:tc>
        <w:tc>
          <w:tcPr>
            <w:tcW w:w="1157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Volume</w:t>
            </w:r>
          </w:p>
        </w:tc>
        <w:tc>
          <w:tcPr>
            <w:tcW w:w="1751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Sasaran</w:t>
            </w:r>
            <w:proofErr w:type="spellEnd"/>
          </w:p>
        </w:tc>
        <w:tc>
          <w:tcPr>
            <w:tcW w:w="1934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Prakiraan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Biaya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 xml:space="preserve"> (</w:t>
            </w: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Rp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)</w:t>
            </w:r>
          </w:p>
        </w:tc>
        <w:tc>
          <w:tcPr>
            <w:tcW w:w="1167" w:type="dxa"/>
          </w:tcPr>
          <w:p w:rsidR="0016577E" w:rsidRPr="0016577E" w:rsidRDefault="0016577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Sumber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 xml:space="preserve"> Dana</w:t>
            </w:r>
          </w:p>
        </w:tc>
      </w:tr>
      <w:tr w:rsidR="0016577E" w:rsidRPr="0016577E" w:rsidTr="00E66FF9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42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Peningkatan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Masjid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Al-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Hikmah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18</w:t>
            </w:r>
          </w:p>
        </w:tc>
        <w:tc>
          <w:tcPr>
            <w:tcW w:w="131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1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 Unit</w:t>
            </w:r>
          </w:p>
        </w:tc>
        <w:tc>
          <w:tcPr>
            <w:tcW w:w="1751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93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145.000.000</w:t>
            </w:r>
          </w:p>
        </w:tc>
        <w:tc>
          <w:tcPr>
            <w:tcW w:w="116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E66FF9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42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Pembentukan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Pengurus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BTM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18</w:t>
            </w:r>
          </w:p>
        </w:tc>
        <w:tc>
          <w:tcPr>
            <w:tcW w:w="131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1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751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93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12.000.000</w:t>
            </w:r>
          </w:p>
        </w:tc>
        <w:tc>
          <w:tcPr>
            <w:tcW w:w="116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E66FF9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42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Pemeliharaan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Masjid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1, 2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3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18</w:t>
            </w:r>
          </w:p>
        </w:tc>
        <w:tc>
          <w:tcPr>
            <w:tcW w:w="131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1-3</w:t>
            </w:r>
          </w:p>
        </w:tc>
        <w:tc>
          <w:tcPr>
            <w:tcW w:w="11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751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93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500.000.000</w:t>
            </w:r>
          </w:p>
        </w:tc>
        <w:tc>
          <w:tcPr>
            <w:tcW w:w="116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E66FF9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lastRenderedPageBreak/>
              <w:t>4</w:t>
            </w:r>
          </w:p>
        </w:tc>
        <w:tc>
          <w:tcPr>
            <w:tcW w:w="42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Renovasi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Tempat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Wudhu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Masjid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Hidayatullah</w:t>
            </w:r>
            <w:proofErr w:type="spellEnd"/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18</w:t>
            </w:r>
          </w:p>
        </w:tc>
        <w:tc>
          <w:tcPr>
            <w:tcW w:w="131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2</w:t>
            </w:r>
          </w:p>
        </w:tc>
        <w:tc>
          <w:tcPr>
            <w:tcW w:w="11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751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93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250.000.000</w:t>
            </w:r>
          </w:p>
        </w:tc>
        <w:tc>
          <w:tcPr>
            <w:tcW w:w="116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E66FF9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42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Pelatihan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Lisensi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Pelatih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Sepak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Bola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131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1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751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Pemuda</w:t>
            </w:r>
            <w:proofErr w:type="spellEnd"/>
          </w:p>
        </w:tc>
        <w:tc>
          <w:tcPr>
            <w:tcW w:w="193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20.000.000</w:t>
            </w:r>
          </w:p>
        </w:tc>
        <w:tc>
          <w:tcPr>
            <w:tcW w:w="116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16577E" w:rsidRPr="0016577E" w:rsidTr="00E66FF9">
        <w:trPr>
          <w:jc w:val="center"/>
        </w:trPr>
        <w:tc>
          <w:tcPr>
            <w:tcW w:w="543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6</w:t>
            </w:r>
          </w:p>
        </w:tc>
        <w:tc>
          <w:tcPr>
            <w:tcW w:w="42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Operasional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Pemeliharaan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Rumput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Lapangan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II</w:t>
            </w:r>
          </w:p>
        </w:tc>
        <w:tc>
          <w:tcPr>
            <w:tcW w:w="960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1319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15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751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934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50.000.000</w:t>
            </w:r>
          </w:p>
        </w:tc>
        <w:tc>
          <w:tcPr>
            <w:tcW w:w="1167" w:type="dxa"/>
          </w:tcPr>
          <w:p w:rsidR="0016577E" w:rsidRPr="0016577E" w:rsidRDefault="0016577E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</w:tbl>
    <w:p w:rsidR="0049255D" w:rsidRPr="0016577E" w:rsidRDefault="0049255D">
      <w:pPr>
        <w:rPr>
          <w:rFonts w:ascii="Bookman Old Style" w:hAnsi="Bookman Old Style"/>
          <w:sz w:val="24"/>
          <w:szCs w:val="24"/>
        </w:rPr>
      </w:pPr>
    </w:p>
    <w:p w:rsidR="0049255D" w:rsidRPr="0016577E" w:rsidRDefault="0016577E">
      <w:pPr>
        <w:jc w:val="both"/>
        <w:rPr>
          <w:rFonts w:ascii="Bookman Old Style" w:hAnsi="Bookman Old Style"/>
          <w:sz w:val="24"/>
          <w:szCs w:val="24"/>
        </w:rPr>
      </w:pPr>
      <w:r w:rsidRPr="0016577E">
        <w:rPr>
          <w:rFonts w:ascii="Bookman Old Style" w:hAnsi="Bookman Old Style"/>
          <w:b/>
          <w:sz w:val="24"/>
          <w:szCs w:val="24"/>
        </w:rPr>
        <w:t xml:space="preserve">BIDANG </w:t>
      </w:r>
      <w:proofErr w:type="gramStart"/>
      <w:r w:rsidRPr="0016577E">
        <w:rPr>
          <w:rFonts w:ascii="Bookman Old Style" w:hAnsi="Bookman Old Style"/>
          <w:b/>
          <w:sz w:val="24"/>
          <w:szCs w:val="24"/>
        </w:rPr>
        <w:t>4 :</w:t>
      </w:r>
      <w:proofErr w:type="gramEnd"/>
      <w:r w:rsidRPr="0016577E">
        <w:rPr>
          <w:rFonts w:ascii="Bookman Old Style" w:hAnsi="Bookman Old Style"/>
          <w:b/>
          <w:sz w:val="24"/>
          <w:szCs w:val="24"/>
        </w:rPr>
        <w:t xml:space="preserve"> PEMBERDAYAAN MASYARAKAT</w:t>
      </w:r>
    </w:p>
    <w:tbl>
      <w:tblPr>
        <w:tblStyle w:val="TableGrid"/>
        <w:tblW w:w="0" w:type="auto"/>
        <w:jc w:val="center"/>
        <w:tblLook w:val="04A0"/>
      </w:tblPr>
      <w:tblGrid>
        <w:gridCol w:w="543"/>
        <w:gridCol w:w="3570"/>
        <w:gridCol w:w="960"/>
        <w:gridCol w:w="1198"/>
        <w:gridCol w:w="1378"/>
        <w:gridCol w:w="1895"/>
        <w:gridCol w:w="1852"/>
        <w:gridCol w:w="1638"/>
      </w:tblGrid>
      <w:tr w:rsidR="00E66FF9" w:rsidRPr="0016577E" w:rsidTr="00E66FF9">
        <w:trPr>
          <w:tblHeader/>
          <w:jc w:val="center"/>
        </w:trPr>
        <w:tc>
          <w:tcPr>
            <w:tcW w:w="543" w:type="dxa"/>
          </w:tcPr>
          <w:p w:rsidR="00E66FF9" w:rsidRPr="0016577E" w:rsidRDefault="00E66FF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No</w:t>
            </w:r>
          </w:p>
        </w:tc>
        <w:tc>
          <w:tcPr>
            <w:tcW w:w="3570" w:type="dxa"/>
          </w:tcPr>
          <w:p w:rsidR="00E66FF9" w:rsidRPr="0016577E" w:rsidRDefault="00E66FF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Jenis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960" w:type="dxa"/>
          </w:tcPr>
          <w:p w:rsidR="00E66FF9" w:rsidRPr="0016577E" w:rsidRDefault="00E66FF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SDGs</w:t>
            </w:r>
          </w:p>
        </w:tc>
        <w:tc>
          <w:tcPr>
            <w:tcW w:w="1198" w:type="dxa"/>
          </w:tcPr>
          <w:p w:rsidR="00E66FF9" w:rsidRPr="0016577E" w:rsidRDefault="00E66FF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Lokasi</w:t>
            </w:r>
            <w:proofErr w:type="spellEnd"/>
          </w:p>
        </w:tc>
        <w:tc>
          <w:tcPr>
            <w:tcW w:w="1378" w:type="dxa"/>
          </w:tcPr>
          <w:p w:rsidR="00E66FF9" w:rsidRPr="0016577E" w:rsidRDefault="00E66FF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Volume</w:t>
            </w:r>
          </w:p>
        </w:tc>
        <w:tc>
          <w:tcPr>
            <w:tcW w:w="1895" w:type="dxa"/>
          </w:tcPr>
          <w:p w:rsidR="00E66FF9" w:rsidRPr="0016577E" w:rsidRDefault="00E66FF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Sasaran</w:t>
            </w:r>
            <w:proofErr w:type="spellEnd"/>
          </w:p>
        </w:tc>
        <w:tc>
          <w:tcPr>
            <w:tcW w:w="1852" w:type="dxa"/>
          </w:tcPr>
          <w:p w:rsidR="00E66FF9" w:rsidRPr="0016577E" w:rsidRDefault="00E66FF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Prakiraan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Biaya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 xml:space="preserve"> (</w:t>
            </w: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Rp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:rsidR="00E66FF9" w:rsidRPr="0016577E" w:rsidRDefault="00E66FF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>Sumber</w:t>
            </w:r>
            <w:proofErr w:type="spellEnd"/>
            <w:r w:rsidRPr="0016577E">
              <w:rPr>
                <w:rFonts w:ascii="Bookman Old Style" w:hAnsi="Bookman Old Style"/>
                <w:b/>
                <w:sz w:val="24"/>
                <w:szCs w:val="24"/>
              </w:rPr>
              <w:t xml:space="preserve"> Dana</w:t>
            </w:r>
          </w:p>
        </w:tc>
      </w:tr>
      <w:tr w:rsidR="00E66FF9" w:rsidRPr="0016577E" w:rsidTr="00E66FF9">
        <w:trPr>
          <w:jc w:val="center"/>
        </w:trPr>
        <w:tc>
          <w:tcPr>
            <w:tcW w:w="543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357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Peningkatan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Kapasitas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Pemerintah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terkait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Naskah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Dinas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/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Pengarsipan</w:t>
            </w:r>
            <w:proofErr w:type="spellEnd"/>
          </w:p>
        </w:tc>
        <w:tc>
          <w:tcPr>
            <w:tcW w:w="96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18</w:t>
            </w:r>
          </w:p>
        </w:tc>
        <w:tc>
          <w:tcPr>
            <w:tcW w:w="119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37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95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Pemdes</w:t>
            </w:r>
            <w:proofErr w:type="spellEnd"/>
          </w:p>
        </w:tc>
        <w:tc>
          <w:tcPr>
            <w:tcW w:w="1852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20.000.000</w:t>
            </w:r>
          </w:p>
        </w:tc>
        <w:tc>
          <w:tcPr>
            <w:tcW w:w="163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E66FF9" w:rsidRPr="0016577E" w:rsidTr="00E66FF9">
        <w:trPr>
          <w:jc w:val="center"/>
        </w:trPr>
        <w:tc>
          <w:tcPr>
            <w:tcW w:w="543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357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Peningkatan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Kapasitas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Kader TRIBINA</w:t>
            </w:r>
          </w:p>
        </w:tc>
        <w:tc>
          <w:tcPr>
            <w:tcW w:w="96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119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37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95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Kelembagaan</w:t>
            </w:r>
            <w:proofErr w:type="spellEnd"/>
          </w:p>
        </w:tc>
        <w:tc>
          <w:tcPr>
            <w:tcW w:w="1852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30.000.000</w:t>
            </w:r>
          </w:p>
        </w:tc>
        <w:tc>
          <w:tcPr>
            <w:tcW w:w="163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E66FF9" w:rsidRPr="0016577E" w:rsidTr="00E66FF9">
        <w:trPr>
          <w:jc w:val="center"/>
        </w:trPr>
        <w:tc>
          <w:tcPr>
            <w:tcW w:w="543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357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Pelatihan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Servis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Elektronik</w:t>
            </w:r>
            <w:proofErr w:type="spellEnd"/>
          </w:p>
        </w:tc>
        <w:tc>
          <w:tcPr>
            <w:tcW w:w="96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8</w:t>
            </w:r>
          </w:p>
        </w:tc>
        <w:tc>
          <w:tcPr>
            <w:tcW w:w="119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37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95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52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15.000.000</w:t>
            </w:r>
          </w:p>
        </w:tc>
        <w:tc>
          <w:tcPr>
            <w:tcW w:w="163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E66FF9" w:rsidRPr="0016577E" w:rsidTr="00E66FF9">
        <w:trPr>
          <w:jc w:val="center"/>
        </w:trPr>
        <w:tc>
          <w:tcPr>
            <w:tcW w:w="543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357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Pelatihan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Profesi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Advokat</w:t>
            </w:r>
            <w:proofErr w:type="spellEnd"/>
          </w:p>
        </w:tc>
        <w:tc>
          <w:tcPr>
            <w:tcW w:w="96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16</w:t>
            </w:r>
          </w:p>
        </w:tc>
        <w:tc>
          <w:tcPr>
            <w:tcW w:w="119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37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95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52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25.000.000</w:t>
            </w:r>
          </w:p>
        </w:tc>
        <w:tc>
          <w:tcPr>
            <w:tcW w:w="163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E66FF9" w:rsidRPr="0016577E" w:rsidTr="00E66FF9">
        <w:trPr>
          <w:jc w:val="center"/>
        </w:trPr>
        <w:tc>
          <w:tcPr>
            <w:tcW w:w="543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357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Pelatihan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Alat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Berat</w:t>
            </w:r>
            <w:proofErr w:type="spellEnd"/>
          </w:p>
        </w:tc>
        <w:tc>
          <w:tcPr>
            <w:tcW w:w="96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8</w:t>
            </w:r>
          </w:p>
        </w:tc>
        <w:tc>
          <w:tcPr>
            <w:tcW w:w="119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37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95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52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50.000.000</w:t>
            </w:r>
          </w:p>
        </w:tc>
        <w:tc>
          <w:tcPr>
            <w:tcW w:w="163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E66FF9" w:rsidRPr="0016577E" w:rsidTr="00E66FF9">
        <w:trPr>
          <w:jc w:val="center"/>
        </w:trPr>
        <w:tc>
          <w:tcPr>
            <w:tcW w:w="543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6</w:t>
            </w:r>
          </w:p>
        </w:tc>
        <w:tc>
          <w:tcPr>
            <w:tcW w:w="357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Peningkatan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Kapasitas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PKK</w:t>
            </w:r>
          </w:p>
        </w:tc>
        <w:tc>
          <w:tcPr>
            <w:tcW w:w="96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119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37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95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Kelembagaan</w:t>
            </w:r>
            <w:proofErr w:type="spellEnd"/>
          </w:p>
        </w:tc>
        <w:tc>
          <w:tcPr>
            <w:tcW w:w="1852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12.000.000</w:t>
            </w:r>
          </w:p>
        </w:tc>
        <w:tc>
          <w:tcPr>
            <w:tcW w:w="163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E66FF9" w:rsidRPr="0016577E" w:rsidTr="00E66FF9">
        <w:trPr>
          <w:jc w:val="center"/>
        </w:trPr>
        <w:tc>
          <w:tcPr>
            <w:tcW w:w="543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7</w:t>
            </w:r>
          </w:p>
        </w:tc>
        <w:tc>
          <w:tcPr>
            <w:tcW w:w="357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Pelatihan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Pengelolaan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Hasil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Pertanian</w:t>
            </w:r>
            <w:proofErr w:type="spellEnd"/>
          </w:p>
        </w:tc>
        <w:tc>
          <w:tcPr>
            <w:tcW w:w="96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119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37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95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52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33.000.000</w:t>
            </w:r>
          </w:p>
        </w:tc>
        <w:tc>
          <w:tcPr>
            <w:tcW w:w="163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E66FF9" w:rsidRPr="0016577E" w:rsidTr="00E66FF9">
        <w:trPr>
          <w:jc w:val="center"/>
        </w:trPr>
        <w:tc>
          <w:tcPr>
            <w:tcW w:w="543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8</w:t>
            </w:r>
          </w:p>
        </w:tc>
        <w:tc>
          <w:tcPr>
            <w:tcW w:w="357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Bimtek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Peningkatan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Kapasitas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Sangadi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Perangkat</w:t>
            </w:r>
            <w:proofErr w:type="spellEnd"/>
          </w:p>
        </w:tc>
        <w:tc>
          <w:tcPr>
            <w:tcW w:w="96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18</w:t>
            </w:r>
          </w:p>
        </w:tc>
        <w:tc>
          <w:tcPr>
            <w:tcW w:w="119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37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95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Pemdes</w:t>
            </w:r>
            <w:proofErr w:type="spellEnd"/>
          </w:p>
        </w:tc>
        <w:tc>
          <w:tcPr>
            <w:tcW w:w="1852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200.000.000</w:t>
            </w:r>
          </w:p>
        </w:tc>
        <w:tc>
          <w:tcPr>
            <w:tcW w:w="163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E66FF9" w:rsidRPr="0016577E" w:rsidTr="00E66FF9">
        <w:trPr>
          <w:jc w:val="center"/>
        </w:trPr>
        <w:tc>
          <w:tcPr>
            <w:tcW w:w="543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9</w:t>
            </w:r>
          </w:p>
        </w:tc>
        <w:tc>
          <w:tcPr>
            <w:tcW w:w="357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Peningkatan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Kader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dalam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pengelolaan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Posyandu</w:t>
            </w:r>
            <w:proofErr w:type="spellEnd"/>
          </w:p>
        </w:tc>
        <w:tc>
          <w:tcPr>
            <w:tcW w:w="96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18</w:t>
            </w:r>
          </w:p>
        </w:tc>
        <w:tc>
          <w:tcPr>
            <w:tcW w:w="119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37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1895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Kader</w:t>
            </w:r>
          </w:p>
        </w:tc>
        <w:tc>
          <w:tcPr>
            <w:tcW w:w="1852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20.000.000</w:t>
            </w:r>
          </w:p>
        </w:tc>
        <w:tc>
          <w:tcPr>
            <w:tcW w:w="163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E66FF9" w:rsidRPr="0016577E" w:rsidTr="00E66FF9">
        <w:trPr>
          <w:jc w:val="center"/>
        </w:trPr>
        <w:tc>
          <w:tcPr>
            <w:tcW w:w="543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7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Bimtek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Peningkatan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Kapasitas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BPD</w:t>
            </w:r>
          </w:p>
        </w:tc>
        <w:tc>
          <w:tcPr>
            <w:tcW w:w="96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18</w:t>
            </w:r>
          </w:p>
        </w:tc>
        <w:tc>
          <w:tcPr>
            <w:tcW w:w="119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37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95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BPD</w:t>
            </w:r>
          </w:p>
        </w:tc>
        <w:tc>
          <w:tcPr>
            <w:tcW w:w="1852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240.000.000</w:t>
            </w:r>
          </w:p>
        </w:tc>
        <w:tc>
          <w:tcPr>
            <w:tcW w:w="163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</w:t>
            </w:r>
          </w:p>
        </w:tc>
      </w:tr>
      <w:tr w:rsidR="00E66FF9" w:rsidRPr="0016577E" w:rsidTr="00E66FF9">
        <w:trPr>
          <w:jc w:val="center"/>
        </w:trPr>
        <w:tc>
          <w:tcPr>
            <w:tcW w:w="543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11</w:t>
            </w:r>
          </w:p>
        </w:tc>
        <w:tc>
          <w:tcPr>
            <w:tcW w:w="3570" w:type="dxa"/>
          </w:tcPr>
          <w:p w:rsidR="00E66FF9" w:rsidRPr="0016577E" w:rsidRDefault="00E66FF9" w:rsidP="00C60140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Bantuan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Pendidikan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Siswa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Miskin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(SD-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Kuliah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>)</w:t>
            </w:r>
          </w:p>
        </w:tc>
        <w:tc>
          <w:tcPr>
            <w:tcW w:w="96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119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1-3</w:t>
            </w:r>
          </w:p>
        </w:tc>
        <w:tc>
          <w:tcPr>
            <w:tcW w:w="137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1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Paket</w:t>
            </w:r>
            <w:proofErr w:type="spellEnd"/>
          </w:p>
        </w:tc>
        <w:tc>
          <w:tcPr>
            <w:tcW w:w="1895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1852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55.000.000</w:t>
            </w:r>
          </w:p>
        </w:tc>
        <w:tc>
          <w:tcPr>
            <w:tcW w:w="163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E66FF9" w:rsidRPr="0016577E" w:rsidTr="00E66FF9">
        <w:trPr>
          <w:jc w:val="center"/>
        </w:trPr>
        <w:tc>
          <w:tcPr>
            <w:tcW w:w="543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12</w:t>
            </w:r>
          </w:p>
        </w:tc>
        <w:tc>
          <w:tcPr>
            <w:tcW w:w="3570" w:type="dxa"/>
          </w:tcPr>
          <w:p w:rsidR="00E66FF9" w:rsidRPr="0016577E" w:rsidRDefault="00E66FF9" w:rsidP="0029776F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Bantuan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Kelompok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Usaha UMKM</w:t>
            </w:r>
          </w:p>
        </w:tc>
        <w:tc>
          <w:tcPr>
            <w:tcW w:w="96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8</w:t>
            </w:r>
          </w:p>
        </w:tc>
        <w:tc>
          <w:tcPr>
            <w:tcW w:w="119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1-3</w:t>
            </w:r>
          </w:p>
        </w:tc>
        <w:tc>
          <w:tcPr>
            <w:tcW w:w="137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20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895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Pelaku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UMKM /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Pedagang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Kecil</w:t>
            </w:r>
          </w:p>
        </w:tc>
        <w:tc>
          <w:tcPr>
            <w:tcW w:w="1852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200.000.000</w:t>
            </w:r>
          </w:p>
        </w:tc>
        <w:tc>
          <w:tcPr>
            <w:tcW w:w="163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E66FF9" w:rsidRPr="0016577E" w:rsidTr="00E66FF9">
        <w:trPr>
          <w:jc w:val="center"/>
        </w:trPr>
        <w:tc>
          <w:tcPr>
            <w:tcW w:w="543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13</w:t>
            </w:r>
          </w:p>
        </w:tc>
        <w:tc>
          <w:tcPr>
            <w:tcW w:w="357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Bantuan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Bibit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Jagung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Unggul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Hibrida</w:t>
            </w:r>
            <w:proofErr w:type="spellEnd"/>
          </w:p>
        </w:tc>
        <w:tc>
          <w:tcPr>
            <w:tcW w:w="96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1-3</w:t>
            </w:r>
          </w:p>
        </w:tc>
        <w:tc>
          <w:tcPr>
            <w:tcW w:w="137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50 Ha / 100 KK</w:t>
            </w:r>
          </w:p>
        </w:tc>
        <w:tc>
          <w:tcPr>
            <w:tcW w:w="1895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Kelompok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Tani</w:t>
            </w:r>
            <w:proofErr w:type="spellEnd"/>
          </w:p>
        </w:tc>
        <w:tc>
          <w:tcPr>
            <w:tcW w:w="1852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75.000.000</w:t>
            </w:r>
          </w:p>
        </w:tc>
        <w:tc>
          <w:tcPr>
            <w:tcW w:w="163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E66FF9" w:rsidRPr="0016577E" w:rsidTr="00E66FF9">
        <w:trPr>
          <w:jc w:val="center"/>
        </w:trPr>
        <w:tc>
          <w:tcPr>
            <w:tcW w:w="543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14</w:t>
            </w:r>
          </w:p>
        </w:tc>
        <w:tc>
          <w:tcPr>
            <w:tcW w:w="357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Bantuan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Bibit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Coklat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(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Kakao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)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Unggul</w:t>
            </w:r>
            <w:proofErr w:type="spellEnd"/>
          </w:p>
        </w:tc>
        <w:tc>
          <w:tcPr>
            <w:tcW w:w="96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Dusun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1-3</w:t>
            </w:r>
          </w:p>
        </w:tc>
        <w:tc>
          <w:tcPr>
            <w:tcW w:w="137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25 Ha / 75 KK</w:t>
            </w:r>
          </w:p>
        </w:tc>
        <w:tc>
          <w:tcPr>
            <w:tcW w:w="1895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Kelompok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Tani</w:t>
            </w:r>
            <w:proofErr w:type="spellEnd"/>
          </w:p>
        </w:tc>
        <w:tc>
          <w:tcPr>
            <w:tcW w:w="1852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60.000.000</w:t>
            </w:r>
          </w:p>
        </w:tc>
        <w:tc>
          <w:tcPr>
            <w:tcW w:w="163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  <w:tr w:rsidR="00E66FF9" w:rsidRPr="0016577E" w:rsidTr="00E66FF9">
        <w:trPr>
          <w:jc w:val="center"/>
        </w:trPr>
        <w:tc>
          <w:tcPr>
            <w:tcW w:w="543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15</w:t>
            </w:r>
          </w:p>
        </w:tc>
        <w:tc>
          <w:tcPr>
            <w:tcW w:w="3570" w:type="dxa"/>
          </w:tcPr>
          <w:p w:rsidR="00E66FF9" w:rsidRPr="0016577E" w:rsidRDefault="00E66FF9" w:rsidP="0029776F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Bantuan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Peralatan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="00B2745F">
              <w:rPr>
                <w:rFonts w:ascii="Bookman Old Style" w:hAnsi="Bookman Old Style"/>
                <w:sz w:val="24"/>
                <w:szCs w:val="24"/>
              </w:rPr>
              <w:t>Pertanian</w:t>
            </w:r>
            <w:proofErr w:type="spellEnd"/>
            <w:r w:rsidR="001C27BC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="001C27BC"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 w:rsidR="001C27BC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="001C27BC">
              <w:rPr>
                <w:rFonts w:ascii="Bookman Old Style" w:hAnsi="Bookman Old Style"/>
                <w:sz w:val="24"/>
                <w:szCs w:val="24"/>
              </w:rPr>
              <w:t>Pertukangan</w:t>
            </w:r>
            <w:proofErr w:type="spellEnd"/>
          </w:p>
        </w:tc>
        <w:tc>
          <w:tcPr>
            <w:tcW w:w="960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Bungko</w:t>
            </w:r>
            <w:proofErr w:type="spellEnd"/>
          </w:p>
        </w:tc>
        <w:tc>
          <w:tcPr>
            <w:tcW w:w="137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3 Unit</w:t>
            </w:r>
          </w:p>
        </w:tc>
        <w:tc>
          <w:tcPr>
            <w:tcW w:w="1895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Kelompok</w:t>
            </w:r>
            <w:proofErr w:type="spellEnd"/>
            <w:r w:rsidRPr="0016577E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16577E">
              <w:rPr>
                <w:rFonts w:ascii="Bookman Old Style" w:hAnsi="Bookman Old Style"/>
                <w:sz w:val="24"/>
                <w:szCs w:val="24"/>
              </w:rPr>
              <w:t>Tani</w:t>
            </w:r>
            <w:proofErr w:type="spellEnd"/>
          </w:p>
        </w:tc>
        <w:tc>
          <w:tcPr>
            <w:tcW w:w="1852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 w:rsidRPr="0016577E">
              <w:rPr>
                <w:rFonts w:ascii="Bookman Old Style" w:hAnsi="Bookman Old Style"/>
                <w:sz w:val="24"/>
                <w:szCs w:val="24"/>
              </w:rPr>
              <w:t>150.000.000</w:t>
            </w:r>
          </w:p>
        </w:tc>
        <w:tc>
          <w:tcPr>
            <w:tcW w:w="1638" w:type="dxa"/>
          </w:tcPr>
          <w:p w:rsidR="00E66FF9" w:rsidRPr="0016577E" w:rsidRDefault="00E66FF9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ADD/DDS</w:t>
            </w:r>
          </w:p>
        </w:tc>
      </w:tr>
    </w:tbl>
    <w:p w:rsidR="0049255D" w:rsidRPr="0016577E" w:rsidRDefault="0049255D">
      <w:pPr>
        <w:rPr>
          <w:rFonts w:ascii="Bookman Old Style" w:hAnsi="Bookman Old Style"/>
          <w:sz w:val="24"/>
          <w:szCs w:val="24"/>
        </w:rPr>
      </w:pPr>
    </w:p>
    <w:sectPr w:rsidR="0049255D" w:rsidRPr="0016577E" w:rsidSect="0016577E">
      <w:pgSz w:w="18720" w:h="12240" w:orient="landscape" w:code="14"/>
      <w:pgMar w:top="1800" w:right="225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EA609AF"/>
    <w:multiLevelType w:val="hybridMultilevel"/>
    <w:tmpl w:val="155CF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B47730"/>
    <w:rsid w:val="00034616"/>
    <w:rsid w:val="0006063C"/>
    <w:rsid w:val="0015074B"/>
    <w:rsid w:val="0016577E"/>
    <w:rsid w:val="001C27BC"/>
    <w:rsid w:val="002324CD"/>
    <w:rsid w:val="0029639D"/>
    <w:rsid w:val="0029776F"/>
    <w:rsid w:val="00326F90"/>
    <w:rsid w:val="003432CD"/>
    <w:rsid w:val="0049255D"/>
    <w:rsid w:val="00885A32"/>
    <w:rsid w:val="00AA1D8D"/>
    <w:rsid w:val="00B2745F"/>
    <w:rsid w:val="00B47730"/>
    <w:rsid w:val="00C60140"/>
    <w:rsid w:val="00CB0664"/>
    <w:rsid w:val="00CE3891"/>
    <w:rsid w:val="00E66FF9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30AB69-CE24-4273-9910-0CB42B711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8651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AKBAR</cp:lastModifiedBy>
  <cp:revision>8</cp:revision>
  <cp:lastPrinted>2026-09-01T02:59:00Z</cp:lastPrinted>
  <dcterms:created xsi:type="dcterms:W3CDTF">2026-08-31T08:28:00Z</dcterms:created>
  <dcterms:modified xsi:type="dcterms:W3CDTF">2026-09-01T03:01:00Z</dcterms:modified>
</cp:coreProperties>
</file>